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3BD85" w14:textId="0B05C102" w:rsidR="00831800" w:rsidRPr="00B045D9" w:rsidRDefault="00B045D9">
      <w:pPr>
        <w:jc w:val="center"/>
        <w:rPr>
          <w:lang w:val="it-IT"/>
        </w:rPr>
      </w:pPr>
      <w:r>
        <w:rPr>
          <w:b/>
          <w:noProof/>
          <w:sz w:val="32"/>
          <w:lang w:val="it-IT"/>
        </w:rPr>
        <w:drawing>
          <wp:anchor distT="0" distB="0" distL="114300" distR="114300" simplePos="0" relativeHeight="251658240" behindDoc="1" locked="0" layoutInCell="1" allowOverlap="1" wp14:anchorId="23F910F5" wp14:editId="1BB6DEB1">
            <wp:simplePos x="0" y="0"/>
            <wp:positionH relativeFrom="margin">
              <wp:posOffset>2878470</wp:posOffset>
            </wp:positionH>
            <wp:positionV relativeFrom="paragraph">
              <wp:posOffset>-411585</wp:posOffset>
            </wp:positionV>
            <wp:extent cx="784860" cy="1035050"/>
            <wp:effectExtent l="0" t="0" r="0" b="0"/>
            <wp:wrapTopAndBottom/>
            <wp:docPr id="1192363813" name="Immagine 1" descr="http://upload.wikimedia.org/wikipedia/it/0/03/Sassano-Stemm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upload.wikimedia.org/wikipedia/it/0/03/Sassano-Stemma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103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45D9">
        <w:rPr>
          <w:b/>
          <w:sz w:val="32"/>
          <w:lang w:val="it-IT"/>
        </w:rPr>
        <w:t>COMUNE DI SASSANO</w:t>
      </w:r>
    </w:p>
    <w:p w14:paraId="476A52BC" w14:textId="77777777" w:rsidR="00831800" w:rsidRPr="00B045D9" w:rsidRDefault="00000000">
      <w:pPr>
        <w:jc w:val="center"/>
        <w:rPr>
          <w:lang w:val="it-IT"/>
        </w:rPr>
      </w:pPr>
      <w:r w:rsidRPr="00B045D9">
        <w:rPr>
          <w:b/>
          <w:sz w:val="22"/>
          <w:lang w:val="it-IT"/>
        </w:rPr>
        <w:t>PROVINCIA DI SALERNO</w:t>
      </w:r>
    </w:p>
    <w:p w14:paraId="54F4D1B6" w14:textId="77777777" w:rsidR="00831800" w:rsidRPr="00B045D9" w:rsidRDefault="00000000">
      <w:pPr>
        <w:jc w:val="center"/>
        <w:rPr>
          <w:lang w:val="it-IT"/>
        </w:rPr>
      </w:pPr>
      <w:r w:rsidRPr="00B045D9">
        <w:rPr>
          <w:sz w:val="17"/>
          <w:lang w:val="it-IT"/>
        </w:rPr>
        <w:t>Via Croce - 84038 SASSANO (SA) - Tel. 0975/78809 - 78849 - Fax 0975/518946</w:t>
      </w:r>
    </w:p>
    <w:p w14:paraId="4F1E14AC" w14:textId="77777777" w:rsidR="00831800" w:rsidRPr="00B045D9" w:rsidRDefault="00000000">
      <w:pPr>
        <w:jc w:val="center"/>
        <w:rPr>
          <w:lang w:val="it-IT"/>
        </w:rPr>
      </w:pPr>
      <w:r w:rsidRPr="00B045D9">
        <w:rPr>
          <w:sz w:val="17"/>
          <w:lang w:val="it-IT"/>
        </w:rPr>
        <w:t>e-mail: info@comune.sassano.sa.it - PEC: protocollo.sassano@asmepec.it</w:t>
      </w:r>
    </w:p>
    <w:p w14:paraId="500BF75B" w14:textId="77777777" w:rsidR="00831800" w:rsidRPr="00B045D9" w:rsidRDefault="00831800">
      <w:pPr>
        <w:rPr>
          <w:lang w:val="it-IT"/>
        </w:rPr>
      </w:pPr>
    </w:p>
    <w:p w14:paraId="761D34F9" w14:textId="77777777" w:rsidR="00831800" w:rsidRPr="00F16718" w:rsidRDefault="00000000">
      <w:pPr>
        <w:jc w:val="center"/>
        <w:rPr>
          <w:sz w:val="24"/>
          <w:szCs w:val="24"/>
          <w:lang w:val="it-IT"/>
        </w:rPr>
      </w:pPr>
      <w:r w:rsidRPr="00F16718">
        <w:rPr>
          <w:b/>
          <w:sz w:val="24"/>
          <w:szCs w:val="24"/>
          <w:lang w:val="it-IT"/>
        </w:rPr>
        <w:t>DOMANDA DI CONTRIBUTO PER IL SERVIZIO DI TRASPORTO SCOLASTICO</w:t>
      </w:r>
      <w:r w:rsidRPr="00F16718">
        <w:rPr>
          <w:b/>
          <w:sz w:val="24"/>
          <w:szCs w:val="24"/>
          <w:lang w:val="it-IT"/>
        </w:rPr>
        <w:br/>
        <w:t>A.S. 2026/2027</w:t>
      </w:r>
    </w:p>
    <w:p w14:paraId="59862945" w14:textId="590E98DA" w:rsidR="00831800" w:rsidRPr="00AB4AC7" w:rsidRDefault="00AB4AC7">
      <w:pPr>
        <w:jc w:val="center"/>
        <w:rPr>
          <w:bCs/>
          <w:szCs w:val="20"/>
          <w:lang w:val="it-IT"/>
        </w:rPr>
      </w:pPr>
      <w:r>
        <w:rPr>
          <w:bCs/>
          <w:szCs w:val="20"/>
          <w:lang w:val="it-IT"/>
        </w:rPr>
        <w:t>(</w:t>
      </w:r>
      <w:r w:rsidRPr="00AB4AC7">
        <w:rPr>
          <w:bCs/>
          <w:szCs w:val="20"/>
          <w:lang w:val="it-IT"/>
        </w:rPr>
        <w:t>Alunni dell</w:t>
      </w:r>
      <w:r w:rsidR="00C74FC5">
        <w:rPr>
          <w:bCs/>
          <w:szCs w:val="20"/>
          <w:lang w:val="it-IT"/>
        </w:rPr>
        <w:t>a</w:t>
      </w:r>
      <w:r w:rsidRPr="00AB4AC7">
        <w:rPr>
          <w:bCs/>
          <w:szCs w:val="20"/>
          <w:lang w:val="it-IT"/>
        </w:rPr>
        <w:t xml:space="preserve"> Scuol</w:t>
      </w:r>
      <w:r w:rsidR="00C74FC5">
        <w:rPr>
          <w:bCs/>
          <w:szCs w:val="20"/>
          <w:lang w:val="it-IT"/>
        </w:rPr>
        <w:t>a</w:t>
      </w:r>
      <w:r w:rsidRPr="00AB4AC7">
        <w:rPr>
          <w:bCs/>
          <w:szCs w:val="20"/>
          <w:lang w:val="it-IT"/>
        </w:rPr>
        <w:t xml:space="preserve"> Primari</w:t>
      </w:r>
      <w:r w:rsidR="00C74FC5">
        <w:rPr>
          <w:bCs/>
          <w:szCs w:val="20"/>
          <w:lang w:val="it-IT"/>
        </w:rPr>
        <w:t xml:space="preserve">a </w:t>
      </w:r>
      <w:r w:rsidRPr="00AB4AC7">
        <w:rPr>
          <w:bCs/>
          <w:szCs w:val="20"/>
          <w:lang w:val="it-IT"/>
        </w:rPr>
        <w:t>di Sassano</w:t>
      </w:r>
      <w:r>
        <w:rPr>
          <w:bCs/>
          <w:szCs w:val="20"/>
          <w:lang w:val="it-IT"/>
        </w:rPr>
        <w:t>)</w:t>
      </w:r>
      <w:r w:rsidR="00B045D9" w:rsidRPr="00AB4AC7">
        <w:rPr>
          <w:bCs/>
          <w:szCs w:val="20"/>
          <w:lang w:val="it-IT"/>
        </w:rPr>
        <w:t xml:space="preserve"> </w:t>
      </w:r>
    </w:p>
    <w:p w14:paraId="720803F3" w14:textId="77777777" w:rsidR="00B045D9" w:rsidRPr="00B045D9" w:rsidRDefault="00B045D9" w:rsidP="00AB4AC7">
      <w:pPr>
        <w:rPr>
          <w:lang w:val="it-IT"/>
        </w:rPr>
      </w:pPr>
    </w:p>
    <w:p w14:paraId="144FD281" w14:textId="28273C64" w:rsidR="00B045D9" w:rsidRPr="00AB4AC7" w:rsidRDefault="00B045D9" w:rsidP="00AB4AC7">
      <w:pPr>
        <w:rPr>
          <w:b/>
          <w:bCs/>
          <w:i/>
          <w:sz w:val="18"/>
          <w:u w:val="single"/>
          <w:lang w:val="it-IT"/>
        </w:rPr>
      </w:pPr>
      <w:r w:rsidRPr="00AB4AC7">
        <w:rPr>
          <w:b/>
          <w:bCs/>
          <w:i/>
          <w:sz w:val="18"/>
          <w:u w:val="single"/>
          <w:lang w:val="it-IT"/>
        </w:rPr>
        <w:t>(</w:t>
      </w:r>
      <w:r w:rsidR="00F16718" w:rsidRPr="00AB4AC7">
        <w:rPr>
          <w:b/>
          <w:bCs/>
          <w:i/>
          <w:sz w:val="18"/>
          <w:u w:val="single"/>
          <w:lang w:val="it-IT"/>
        </w:rPr>
        <w:t>N.B. La</w:t>
      </w:r>
      <w:r w:rsidRPr="00AB4AC7">
        <w:rPr>
          <w:b/>
          <w:bCs/>
          <w:i/>
          <w:sz w:val="18"/>
          <w:u w:val="single"/>
          <w:lang w:val="it-IT"/>
        </w:rPr>
        <w:t xml:space="preserve"> domanda</w:t>
      </w:r>
      <w:r w:rsidR="00F16718" w:rsidRPr="00AB4AC7">
        <w:rPr>
          <w:b/>
          <w:bCs/>
          <w:i/>
          <w:sz w:val="18"/>
          <w:u w:val="single"/>
          <w:lang w:val="it-IT"/>
        </w:rPr>
        <w:t xml:space="preserve"> va compilata</w:t>
      </w:r>
      <w:r w:rsidRPr="00AB4AC7">
        <w:rPr>
          <w:b/>
          <w:bCs/>
          <w:i/>
          <w:sz w:val="18"/>
          <w:u w:val="single"/>
          <w:lang w:val="it-IT"/>
        </w:rPr>
        <w:t xml:space="preserve"> con i dati del genitore/tutore al quale sono intestate le fatture relative al servizio di trasporto scolastico.)</w:t>
      </w:r>
    </w:p>
    <w:p w14:paraId="70E74432" w14:textId="77777777" w:rsidR="00B045D9" w:rsidRPr="00B045D9" w:rsidRDefault="00B045D9">
      <w:pPr>
        <w:jc w:val="center"/>
        <w:rPr>
          <w:lang w:val="it-IT"/>
        </w:rPr>
      </w:pPr>
    </w:p>
    <w:p w14:paraId="51FE1FDA" w14:textId="77777777" w:rsidR="00B045D9" w:rsidRPr="005B0195" w:rsidRDefault="00B045D9" w:rsidP="00B045D9">
      <w:pPr>
        <w:pStyle w:val="Corpotesto"/>
        <w:tabs>
          <w:tab w:val="left" w:pos="6760"/>
          <w:tab w:val="left" w:pos="10350"/>
        </w:tabs>
        <w:rPr>
          <w:lang w:val="it-IT"/>
        </w:rPr>
      </w:pPr>
      <w:r w:rsidRPr="005B0195">
        <w:rPr>
          <w:lang w:val="it-IT"/>
        </w:rPr>
        <w:t>Il</w:t>
      </w:r>
      <w:r>
        <w:rPr>
          <w:lang w:val="it-IT"/>
        </w:rPr>
        <w:t>/la</w:t>
      </w:r>
      <w:r w:rsidRPr="005B0195">
        <w:rPr>
          <w:spacing w:val="-3"/>
          <w:lang w:val="it-IT"/>
        </w:rPr>
        <w:t xml:space="preserve"> </w:t>
      </w:r>
      <w:r w:rsidRPr="005B0195">
        <w:rPr>
          <w:lang w:val="it-IT"/>
        </w:rPr>
        <w:t>sottoscr</w:t>
      </w:r>
      <w:r w:rsidRPr="005B0195">
        <w:rPr>
          <w:spacing w:val="-4"/>
          <w:lang w:val="it-IT"/>
        </w:rPr>
        <w:t>i</w:t>
      </w:r>
      <w:r w:rsidRPr="005B0195">
        <w:rPr>
          <w:lang w:val="it-IT"/>
        </w:rPr>
        <w:t>t</w:t>
      </w:r>
      <w:r w:rsidRPr="005B0195">
        <w:rPr>
          <w:spacing w:val="-2"/>
          <w:lang w:val="it-IT"/>
        </w:rPr>
        <w:t>t</w:t>
      </w:r>
      <w:r w:rsidRPr="005B0195">
        <w:rPr>
          <w:lang w:val="it-IT"/>
        </w:rPr>
        <w:t>o</w:t>
      </w:r>
      <w:r>
        <w:rPr>
          <w:lang w:val="it-IT"/>
        </w:rPr>
        <w:t>/a</w:t>
      </w:r>
      <w:r w:rsidRPr="005B0195">
        <w:rPr>
          <w:spacing w:val="1"/>
          <w:lang w:val="it-IT"/>
        </w:rPr>
        <w:t>_</w:t>
      </w:r>
      <w:r w:rsidRPr="005B0195">
        <w:rPr>
          <w:spacing w:val="1"/>
          <w:u w:val="single" w:color="000000"/>
          <w:lang w:val="it-IT"/>
        </w:rPr>
        <w:tab/>
      </w:r>
      <w:r w:rsidRPr="005B0195">
        <w:rPr>
          <w:lang w:val="it-IT"/>
        </w:rPr>
        <w:t>C</w:t>
      </w:r>
      <w:r w:rsidRPr="005B0195">
        <w:rPr>
          <w:spacing w:val="-2"/>
          <w:lang w:val="it-IT"/>
        </w:rPr>
        <w:t>.</w:t>
      </w:r>
      <w:r w:rsidRPr="005B0195">
        <w:rPr>
          <w:lang w:val="it-IT"/>
        </w:rPr>
        <w:t xml:space="preserve">F. </w:t>
      </w:r>
      <w:r w:rsidRPr="005B0195">
        <w:rPr>
          <w:u w:val="single" w:color="000000"/>
          <w:lang w:val="it-IT"/>
        </w:rPr>
        <w:t xml:space="preserve"> </w:t>
      </w:r>
      <w:r w:rsidRPr="005B0195">
        <w:rPr>
          <w:u w:val="single" w:color="000000"/>
          <w:lang w:val="it-IT"/>
        </w:rPr>
        <w:tab/>
      </w:r>
    </w:p>
    <w:p w14:paraId="1D18CEDB" w14:textId="23F730E6" w:rsidR="00B045D9" w:rsidRPr="00B045D9" w:rsidRDefault="00B045D9" w:rsidP="00B045D9">
      <w:pPr>
        <w:spacing w:before="6"/>
        <w:rPr>
          <w:lang w:val="it-IT"/>
        </w:rPr>
      </w:pPr>
      <w:r w:rsidRPr="00B045D9">
        <w:rPr>
          <w:lang w:val="it-IT"/>
        </w:rPr>
        <w:t>Nato a ____________________________________ il _____________________________</w:t>
      </w:r>
    </w:p>
    <w:p w14:paraId="5BC4672C" w14:textId="77777777" w:rsidR="00B045D9" w:rsidRPr="005B0195" w:rsidRDefault="00B045D9" w:rsidP="00B045D9">
      <w:pPr>
        <w:pStyle w:val="Corpotesto"/>
        <w:tabs>
          <w:tab w:val="left" w:pos="4003"/>
          <w:tab w:val="left" w:pos="9289"/>
          <w:tab w:val="left" w:pos="10294"/>
        </w:tabs>
        <w:spacing w:before="61"/>
        <w:rPr>
          <w:lang w:val="it-IT"/>
        </w:rPr>
      </w:pPr>
      <w:r w:rsidRPr="005B0195">
        <w:rPr>
          <w:spacing w:val="-1"/>
          <w:lang w:val="it-IT"/>
        </w:rPr>
        <w:t>r</w:t>
      </w:r>
      <w:r w:rsidRPr="005B0195">
        <w:rPr>
          <w:lang w:val="it-IT"/>
        </w:rPr>
        <w:t>es</w:t>
      </w:r>
      <w:r w:rsidRPr="005B0195">
        <w:rPr>
          <w:spacing w:val="-3"/>
          <w:lang w:val="it-IT"/>
        </w:rPr>
        <w:t>i</w:t>
      </w:r>
      <w:r w:rsidRPr="005B0195">
        <w:rPr>
          <w:spacing w:val="-1"/>
          <w:lang w:val="it-IT"/>
        </w:rPr>
        <w:t>d</w:t>
      </w:r>
      <w:r w:rsidRPr="005B0195">
        <w:rPr>
          <w:lang w:val="it-IT"/>
        </w:rPr>
        <w:t>en</w:t>
      </w:r>
      <w:r w:rsidRPr="005B0195">
        <w:rPr>
          <w:spacing w:val="-1"/>
          <w:lang w:val="it-IT"/>
        </w:rPr>
        <w:t>t</w:t>
      </w:r>
      <w:r w:rsidRPr="005B0195">
        <w:rPr>
          <w:lang w:val="it-IT"/>
        </w:rPr>
        <w:t xml:space="preserve">e </w:t>
      </w:r>
      <w:r w:rsidRPr="005B0195">
        <w:rPr>
          <w:spacing w:val="-2"/>
          <w:lang w:val="it-IT"/>
        </w:rPr>
        <w:t>a</w:t>
      </w:r>
      <w:r w:rsidRPr="005B0195">
        <w:rPr>
          <w:spacing w:val="-2"/>
          <w:u w:val="single" w:color="000000"/>
          <w:lang w:val="it-IT"/>
        </w:rPr>
        <w:tab/>
      </w:r>
      <w:r>
        <w:rPr>
          <w:spacing w:val="-2"/>
          <w:u w:val="single" w:color="000000"/>
          <w:lang w:val="it-IT"/>
        </w:rPr>
        <w:t xml:space="preserve">     </w:t>
      </w:r>
      <w:r w:rsidRPr="005B0195">
        <w:rPr>
          <w:spacing w:val="-3"/>
          <w:lang w:val="it-IT"/>
        </w:rPr>
        <w:t>i</w:t>
      </w:r>
      <w:r w:rsidRPr="005B0195">
        <w:rPr>
          <w:lang w:val="it-IT"/>
        </w:rPr>
        <w:t>n</w:t>
      </w:r>
      <w:r w:rsidRPr="005B0195">
        <w:rPr>
          <w:spacing w:val="1"/>
          <w:lang w:val="it-IT"/>
        </w:rPr>
        <w:t xml:space="preserve"> v</w:t>
      </w:r>
      <w:r w:rsidRPr="005B0195">
        <w:rPr>
          <w:spacing w:val="-3"/>
          <w:lang w:val="it-IT"/>
        </w:rPr>
        <w:t>i</w:t>
      </w:r>
      <w:r w:rsidRPr="005B0195">
        <w:rPr>
          <w:lang w:val="it-IT"/>
        </w:rPr>
        <w:t>a</w:t>
      </w:r>
      <w:r w:rsidRPr="005B0195">
        <w:rPr>
          <w:u w:val="single" w:color="000000"/>
          <w:lang w:val="it-IT"/>
        </w:rPr>
        <w:tab/>
      </w:r>
      <w:r w:rsidRPr="005B0195">
        <w:rPr>
          <w:spacing w:val="1"/>
          <w:lang w:val="it-IT"/>
        </w:rPr>
        <w:t>n</w:t>
      </w:r>
      <w:r w:rsidRPr="005B0195">
        <w:rPr>
          <w:lang w:val="it-IT"/>
        </w:rPr>
        <w:t xml:space="preserve">. </w:t>
      </w:r>
      <w:r w:rsidRPr="005B0195">
        <w:rPr>
          <w:u w:val="single" w:color="000000"/>
          <w:lang w:val="it-IT"/>
        </w:rPr>
        <w:t xml:space="preserve"> </w:t>
      </w:r>
      <w:r w:rsidRPr="005B0195">
        <w:rPr>
          <w:u w:val="single" w:color="000000"/>
          <w:lang w:val="it-IT"/>
        </w:rPr>
        <w:tab/>
      </w:r>
    </w:p>
    <w:p w14:paraId="18B6E4FE" w14:textId="77777777" w:rsidR="00B045D9" w:rsidRPr="005B0195" w:rsidRDefault="00B045D9" w:rsidP="00B045D9">
      <w:pPr>
        <w:spacing w:before="6"/>
        <w:rPr>
          <w:szCs w:val="20"/>
          <w:lang w:val="it-IT"/>
        </w:rPr>
      </w:pPr>
      <w:r>
        <w:rPr>
          <w:sz w:val="24"/>
          <w:szCs w:val="24"/>
          <w:lang w:val="it-IT"/>
        </w:rPr>
        <w:t xml:space="preserve">  </w:t>
      </w:r>
    </w:p>
    <w:p w14:paraId="3B7BAE3A" w14:textId="7D967813" w:rsidR="00B045D9" w:rsidRPr="00C07AAB" w:rsidRDefault="00B045D9" w:rsidP="00B045D9">
      <w:pPr>
        <w:pStyle w:val="Corpotesto"/>
        <w:spacing w:before="61"/>
        <w:rPr>
          <w:lang w:val="it-IT"/>
        </w:rPr>
      </w:pPr>
      <w:bookmarkStart w:id="0" w:name="_Hlk210126185"/>
      <w:r w:rsidRPr="005B0195">
        <w:rPr>
          <w:spacing w:val="-1"/>
          <w:lang w:val="it-IT"/>
        </w:rPr>
        <w:t>g</w:t>
      </w:r>
      <w:r w:rsidRPr="005B0195">
        <w:rPr>
          <w:lang w:val="it-IT"/>
        </w:rPr>
        <w:t>en</w:t>
      </w:r>
      <w:r w:rsidRPr="005B0195">
        <w:rPr>
          <w:spacing w:val="-4"/>
          <w:lang w:val="it-IT"/>
        </w:rPr>
        <w:t>i</w:t>
      </w:r>
      <w:r w:rsidRPr="005B0195">
        <w:rPr>
          <w:lang w:val="it-IT"/>
        </w:rPr>
        <w:t>to</w:t>
      </w:r>
      <w:r w:rsidRPr="005B0195">
        <w:rPr>
          <w:spacing w:val="-1"/>
          <w:lang w:val="it-IT"/>
        </w:rPr>
        <w:t>r</w:t>
      </w:r>
      <w:r w:rsidRPr="005B0195">
        <w:rPr>
          <w:lang w:val="it-IT"/>
        </w:rPr>
        <w:t>e/t</w:t>
      </w:r>
      <w:r w:rsidRPr="005B0195">
        <w:rPr>
          <w:spacing w:val="-2"/>
          <w:lang w:val="it-IT"/>
        </w:rPr>
        <w:t>u</w:t>
      </w:r>
      <w:r w:rsidRPr="005B0195">
        <w:rPr>
          <w:lang w:val="it-IT"/>
        </w:rPr>
        <w:t>to</w:t>
      </w:r>
      <w:r w:rsidRPr="005B0195">
        <w:rPr>
          <w:spacing w:val="-1"/>
          <w:lang w:val="it-IT"/>
        </w:rPr>
        <w:t>r</w:t>
      </w:r>
      <w:r w:rsidRPr="005B0195">
        <w:rPr>
          <w:lang w:val="it-IT"/>
        </w:rPr>
        <w:t>e</w:t>
      </w:r>
      <w:r>
        <w:rPr>
          <w:lang w:val="it-IT"/>
        </w:rPr>
        <w:t xml:space="preserve"> </w:t>
      </w:r>
      <w:r w:rsidRPr="005B0195">
        <w:rPr>
          <w:rFonts w:cs="Verdana"/>
          <w:spacing w:val="-1"/>
          <w:lang w:val="it-IT"/>
        </w:rPr>
        <w:t>d</w:t>
      </w:r>
      <w:r w:rsidRPr="005B0195">
        <w:rPr>
          <w:rFonts w:cs="Verdana"/>
          <w:lang w:val="it-IT"/>
        </w:rPr>
        <w:t>el</w:t>
      </w:r>
      <w:r w:rsidRPr="005B0195">
        <w:rPr>
          <w:rFonts w:cs="Verdana"/>
          <w:spacing w:val="-3"/>
          <w:lang w:val="it-IT"/>
        </w:rPr>
        <w:t>l</w:t>
      </w:r>
      <w:r w:rsidRPr="005B0195">
        <w:rPr>
          <w:rFonts w:cs="Verdana"/>
          <w:lang w:val="it-IT"/>
        </w:rPr>
        <w:t>’</w:t>
      </w:r>
      <w:r w:rsidRPr="005B0195">
        <w:rPr>
          <w:rFonts w:cs="Verdana"/>
          <w:spacing w:val="2"/>
          <w:lang w:val="it-IT"/>
        </w:rPr>
        <w:t>a</w:t>
      </w:r>
      <w:r w:rsidRPr="005B0195">
        <w:rPr>
          <w:rFonts w:cs="Verdana"/>
          <w:spacing w:val="-3"/>
          <w:lang w:val="it-IT"/>
        </w:rPr>
        <w:t>l</w:t>
      </w:r>
      <w:r w:rsidRPr="005B0195">
        <w:rPr>
          <w:rFonts w:cs="Verdana"/>
          <w:lang w:val="it-IT"/>
        </w:rPr>
        <w:t>u</w:t>
      </w:r>
      <w:r w:rsidRPr="005B0195">
        <w:rPr>
          <w:rFonts w:cs="Verdana"/>
          <w:spacing w:val="-2"/>
          <w:lang w:val="it-IT"/>
        </w:rPr>
        <w:t>n</w:t>
      </w:r>
      <w:r w:rsidRPr="005B0195">
        <w:rPr>
          <w:rFonts w:cs="Verdana"/>
          <w:lang w:val="it-IT"/>
        </w:rPr>
        <w:t>no</w:t>
      </w:r>
      <w:bookmarkStart w:id="1" w:name="_Hlk210126101"/>
      <w:r w:rsidRPr="005B0195">
        <w:rPr>
          <w:rFonts w:cs="Verdana"/>
          <w:spacing w:val="-2"/>
          <w:lang w:val="it-IT"/>
        </w:rPr>
        <w:t>_</w:t>
      </w:r>
      <w:r>
        <w:rPr>
          <w:rFonts w:cs="Verdana"/>
          <w:spacing w:val="-2"/>
          <w:lang w:val="it-IT"/>
        </w:rPr>
        <w:t>_____________</w:t>
      </w:r>
      <w:r w:rsidRPr="005B0195">
        <w:rPr>
          <w:rFonts w:cs="Verdana"/>
          <w:spacing w:val="-2"/>
          <w:u w:val="single" w:color="000000"/>
          <w:lang w:val="it-IT"/>
        </w:rPr>
        <w:tab/>
      </w:r>
      <w:r>
        <w:rPr>
          <w:rFonts w:cs="Verdana"/>
          <w:spacing w:val="-2"/>
          <w:u w:val="single" w:color="000000"/>
          <w:lang w:val="it-IT"/>
        </w:rPr>
        <w:t>__________</w:t>
      </w:r>
      <w:r w:rsidRPr="005B0195">
        <w:rPr>
          <w:rFonts w:cs="Verdana"/>
          <w:lang w:val="it-IT"/>
        </w:rPr>
        <w:t>C</w:t>
      </w:r>
      <w:r w:rsidRPr="005B0195">
        <w:rPr>
          <w:rFonts w:cs="Verdana"/>
          <w:spacing w:val="-2"/>
          <w:lang w:val="it-IT"/>
        </w:rPr>
        <w:t>.</w:t>
      </w:r>
      <w:r w:rsidRPr="005B0195">
        <w:rPr>
          <w:rFonts w:cs="Verdana"/>
          <w:lang w:val="it-IT"/>
        </w:rPr>
        <w:t>F</w:t>
      </w:r>
      <w:r w:rsidRPr="005B0195">
        <w:rPr>
          <w:rFonts w:cs="Verdana"/>
          <w:spacing w:val="-1"/>
          <w:lang w:val="it-IT"/>
        </w:rPr>
        <w:t>.</w:t>
      </w:r>
      <w:r w:rsidRPr="005B0195">
        <w:rPr>
          <w:rFonts w:cs="Verdana"/>
          <w:u w:val="single" w:color="000000"/>
          <w:lang w:val="it-IT"/>
        </w:rPr>
        <w:t xml:space="preserve"> </w:t>
      </w:r>
      <w:r>
        <w:rPr>
          <w:rFonts w:cs="Verdana"/>
          <w:u w:val="single" w:color="000000"/>
          <w:lang w:val="it-IT"/>
        </w:rPr>
        <w:t>___________</w:t>
      </w:r>
      <w:r w:rsidRPr="005B0195">
        <w:rPr>
          <w:rFonts w:cs="Verdana"/>
          <w:u w:val="single" w:color="000000"/>
          <w:lang w:val="it-IT"/>
        </w:rPr>
        <w:tab/>
      </w:r>
      <w:r>
        <w:rPr>
          <w:rFonts w:cs="Verdana"/>
          <w:u w:val="single" w:color="000000"/>
          <w:lang w:val="it-IT"/>
        </w:rPr>
        <w:t>___________</w:t>
      </w:r>
      <w:bookmarkEnd w:id="1"/>
    </w:p>
    <w:p w14:paraId="12D7CBA1" w14:textId="77777777" w:rsidR="00B045D9" w:rsidRPr="005B0195" w:rsidRDefault="00B045D9" w:rsidP="00B045D9">
      <w:pPr>
        <w:spacing w:before="6"/>
        <w:rPr>
          <w:szCs w:val="20"/>
          <w:lang w:val="it-IT"/>
        </w:rPr>
      </w:pPr>
      <w:r>
        <w:rPr>
          <w:szCs w:val="20"/>
          <w:lang w:val="it-IT"/>
        </w:rPr>
        <w:t xml:space="preserve">                                                                  </w:t>
      </w:r>
    </w:p>
    <w:p w14:paraId="7BAB89D2" w14:textId="77777777" w:rsidR="00B045D9" w:rsidRDefault="00B045D9" w:rsidP="00B045D9">
      <w:pPr>
        <w:pStyle w:val="Corpotesto"/>
        <w:tabs>
          <w:tab w:val="left" w:pos="3686"/>
          <w:tab w:val="left" w:pos="4282"/>
          <w:tab w:val="left" w:pos="5277"/>
          <w:tab w:val="left" w:pos="6057"/>
          <w:tab w:val="left" w:pos="8147"/>
        </w:tabs>
        <w:spacing w:before="61"/>
        <w:ind w:right="2083"/>
        <w:rPr>
          <w:u w:val="single" w:color="000000"/>
          <w:lang w:val="it-IT"/>
        </w:rPr>
      </w:pPr>
      <w:r w:rsidRPr="005B0195">
        <w:rPr>
          <w:lang w:val="it-IT"/>
        </w:rPr>
        <w:t>n</w:t>
      </w:r>
      <w:r w:rsidRPr="005B0195">
        <w:rPr>
          <w:spacing w:val="-2"/>
          <w:lang w:val="it-IT"/>
        </w:rPr>
        <w:t>a</w:t>
      </w:r>
      <w:r w:rsidRPr="005B0195">
        <w:rPr>
          <w:lang w:val="it-IT"/>
        </w:rPr>
        <w:t>to</w:t>
      </w:r>
      <w:r w:rsidRPr="005B0195">
        <w:rPr>
          <w:spacing w:val="-1"/>
          <w:lang w:val="it-IT"/>
        </w:rPr>
        <w:t xml:space="preserve"> </w:t>
      </w:r>
      <w:r w:rsidRPr="005B0195">
        <w:rPr>
          <w:lang w:val="it-IT"/>
        </w:rPr>
        <w:t>a</w:t>
      </w:r>
      <w:r w:rsidRPr="005B0195">
        <w:rPr>
          <w:u w:val="single" w:color="000000"/>
          <w:lang w:val="it-IT"/>
        </w:rPr>
        <w:tab/>
      </w:r>
      <w:r>
        <w:rPr>
          <w:u w:val="single" w:color="000000"/>
          <w:lang w:val="it-IT"/>
        </w:rPr>
        <w:t>___</w:t>
      </w:r>
      <w:r w:rsidRPr="005B0195">
        <w:rPr>
          <w:lang w:val="it-IT"/>
        </w:rPr>
        <w:t>il</w:t>
      </w:r>
      <w:r w:rsidRPr="005B0195">
        <w:rPr>
          <w:u w:val="single" w:color="000000"/>
          <w:lang w:val="it-IT"/>
        </w:rPr>
        <w:tab/>
      </w:r>
      <w:r w:rsidRPr="005B0195">
        <w:rPr>
          <w:u w:val="single" w:color="000000"/>
          <w:lang w:val="it-IT"/>
        </w:rPr>
        <w:tab/>
      </w:r>
      <w:r>
        <w:rPr>
          <w:u w:val="single" w:color="000000"/>
          <w:lang w:val="it-IT"/>
        </w:rPr>
        <w:t>____</w:t>
      </w:r>
      <w:r w:rsidRPr="005B0195">
        <w:rPr>
          <w:u w:val="single" w:color="000000"/>
          <w:lang w:val="it-IT"/>
        </w:rPr>
        <w:tab/>
      </w:r>
      <w:r w:rsidRPr="005B0195">
        <w:rPr>
          <w:spacing w:val="-1"/>
          <w:lang w:val="it-IT"/>
        </w:rPr>
        <w:t>r</w:t>
      </w:r>
      <w:r w:rsidRPr="005B0195">
        <w:rPr>
          <w:lang w:val="it-IT"/>
        </w:rPr>
        <w:t>esiden</w:t>
      </w:r>
      <w:r w:rsidRPr="005B0195">
        <w:rPr>
          <w:spacing w:val="-2"/>
          <w:lang w:val="it-IT"/>
        </w:rPr>
        <w:t>t</w:t>
      </w:r>
      <w:r w:rsidRPr="005B0195">
        <w:rPr>
          <w:lang w:val="it-IT"/>
        </w:rPr>
        <w:t xml:space="preserve">e </w:t>
      </w:r>
      <w:r w:rsidRPr="005B0195">
        <w:rPr>
          <w:spacing w:val="-2"/>
          <w:lang w:val="it-IT"/>
        </w:rPr>
        <w:t>a</w:t>
      </w:r>
      <w:r>
        <w:rPr>
          <w:spacing w:val="-2"/>
          <w:lang w:val="it-IT"/>
        </w:rPr>
        <w:t xml:space="preserve"> Sassano  </w:t>
      </w:r>
      <w:r w:rsidRPr="005B0195">
        <w:rPr>
          <w:lang w:val="it-IT"/>
        </w:rPr>
        <w:t xml:space="preserve"> </w:t>
      </w:r>
      <w:r w:rsidRPr="005B0195">
        <w:rPr>
          <w:spacing w:val="-3"/>
          <w:lang w:val="it-IT"/>
        </w:rPr>
        <w:t>i</w:t>
      </w:r>
      <w:r w:rsidRPr="005B0195">
        <w:rPr>
          <w:lang w:val="it-IT"/>
        </w:rPr>
        <w:t>n</w:t>
      </w:r>
      <w:r w:rsidRPr="005B0195">
        <w:rPr>
          <w:spacing w:val="1"/>
          <w:lang w:val="it-IT"/>
        </w:rPr>
        <w:t xml:space="preserve"> v</w:t>
      </w:r>
      <w:r w:rsidRPr="005B0195">
        <w:rPr>
          <w:spacing w:val="-3"/>
          <w:lang w:val="it-IT"/>
        </w:rPr>
        <w:t>i</w:t>
      </w:r>
      <w:r w:rsidRPr="005B0195">
        <w:rPr>
          <w:lang w:val="it-IT"/>
        </w:rPr>
        <w:t>a</w:t>
      </w:r>
      <w:r w:rsidRPr="005B0195">
        <w:rPr>
          <w:u w:val="single" w:color="000000"/>
          <w:lang w:val="it-IT"/>
        </w:rPr>
        <w:tab/>
      </w:r>
      <w:r w:rsidRPr="005B0195">
        <w:rPr>
          <w:u w:val="single" w:color="000000"/>
          <w:lang w:val="it-IT"/>
        </w:rPr>
        <w:tab/>
      </w:r>
      <w:proofErr w:type="spellStart"/>
      <w:r w:rsidRPr="005B0195">
        <w:rPr>
          <w:lang w:val="it-IT"/>
        </w:rPr>
        <w:t>n.</w:t>
      </w:r>
      <w:r>
        <w:rPr>
          <w:u w:val="single" w:color="000000"/>
          <w:lang w:val="it-IT"/>
        </w:rPr>
        <w:t>____</w:t>
      </w:r>
      <w:r>
        <w:rPr>
          <w:lang w:val="it-IT"/>
        </w:rPr>
        <w:t>T</w:t>
      </w:r>
      <w:r w:rsidRPr="005B0195">
        <w:rPr>
          <w:spacing w:val="2"/>
          <w:lang w:val="it-IT"/>
        </w:rPr>
        <w:t>e</w:t>
      </w:r>
      <w:r w:rsidRPr="005B0195">
        <w:rPr>
          <w:spacing w:val="-3"/>
          <w:lang w:val="it-IT"/>
        </w:rPr>
        <w:t>l</w:t>
      </w:r>
      <w:proofErr w:type="spellEnd"/>
      <w:r>
        <w:rPr>
          <w:lang w:val="it-IT"/>
        </w:rPr>
        <w:t>/Cell.</w:t>
      </w:r>
      <w:r w:rsidRPr="005B0195">
        <w:rPr>
          <w:lang w:val="it-IT"/>
        </w:rPr>
        <w:t xml:space="preserve"> </w:t>
      </w:r>
      <w:r w:rsidRPr="005B0195">
        <w:rPr>
          <w:u w:val="single" w:color="000000"/>
          <w:lang w:val="it-IT"/>
        </w:rPr>
        <w:t xml:space="preserve"> </w:t>
      </w:r>
      <w:r w:rsidRPr="005B0195">
        <w:rPr>
          <w:u w:val="single" w:color="000000"/>
          <w:lang w:val="it-IT"/>
        </w:rPr>
        <w:tab/>
      </w:r>
      <w:r>
        <w:rPr>
          <w:u w:val="single" w:color="000000"/>
          <w:lang w:val="it-IT"/>
        </w:rPr>
        <w:t>_</w:t>
      </w:r>
    </w:p>
    <w:p w14:paraId="7ED32F2D" w14:textId="77777777" w:rsidR="00B045D9" w:rsidRPr="005B0195" w:rsidRDefault="00B045D9" w:rsidP="00B045D9">
      <w:pPr>
        <w:pStyle w:val="Corpotesto"/>
        <w:tabs>
          <w:tab w:val="left" w:pos="3686"/>
          <w:tab w:val="left" w:pos="4282"/>
          <w:tab w:val="left" w:pos="5277"/>
          <w:tab w:val="left" w:pos="6057"/>
          <w:tab w:val="left" w:pos="8147"/>
        </w:tabs>
        <w:spacing w:before="61"/>
        <w:ind w:right="2083"/>
        <w:rPr>
          <w:lang w:val="it-IT"/>
        </w:rPr>
      </w:pPr>
    </w:p>
    <w:bookmarkEnd w:id="0"/>
    <w:p w14:paraId="06C5D526" w14:textId="1089784D" w:rsidR="00B045D9" w:rsidRPr="00C07AAB" w:rsidRDefault="00B045D9" w:rsidP="00B045D9">
      <w:pPr>
        <w:pStyle w:val="Corpotesto"/>
        <w:spacing w:before="61"/>
        <w:rPr>
          <w:lang w:val="it-IT"/>
        </w:rPr>
      </w:pPr>
      <w:r w:rsidRPr="005B0195">
        <w:rPr>
          <w:spacing w:val="-1"/>
          <w:lang w:val="it-IT"/>
        </w:rPr>
        <w:t>g</w:t>
      </w:r>
      <w:r w:rsidRPr="005B0195">
        <w:rPr>
          <w:lang w:val="it-IT"/>
        </w:rPr>
        <w:t>en</w:t>
      </w:r>
      <w:r w:rsidRPr="005B0195">
        <w:rPr>
          <w:spacing w:val="-4"/>
          <w:lang w:val="it-IT"/>
        </w:rPr>
        <w:t>i</w:t>
      </w:r>
      <w:r w:rsidRPr="005B0195">
        <w:rPr>
          <w:lang w:val="it-IT"/>
        </w:rPr>
        <w:t>to</w:t>
      </w:r>
      <w:r w:rsidRPr="005B0195">
        <w:rPr>
          <w:spacing w:val="-1"/>
          <w:lang w:val="it-IT"/>
        </w:rPr>
        <w:t>r</w:t>
      </w:r>
      <w:r w:rsidRPr="005B0195">
        <w:rPr>
          <w:lang w:val="it-IT"/>
        </w:rPr>
        <w:t>e/t</w:t>
      </w:r>
      <w:r w:rsidRPr="005B0195">
        <w:rPr>
          <w:spacing w:val="-2"/>
          <w:lang w:val="it-IT"/>
        </w:rPr>
        <w:t>u</w:t>
      </w:r>
      <w:r w:rsidRPr="005B0195">
        <w:rPr>
          <w:lang w:val="it-IT"/>
        </w:rPr>
        <w:t>to</w:t>
      </w:r>
      <w:r w:rsidRPr="005B0195">
        <w:rPr>
          <w:spacing w:val="-1"/>
          <w:lang w:val="it-IT"/>
        </w:rPr>
        <w:t>r</w:t>
      </w:r>
      <w:r w:rsidRPr="005B0195">
        <w:rPr>
          <w:lang w:val="it-IT"/>
        </w:rPr>
        <w:t>e</w:t>
      </w:r>
      <w:r>
        <w:rPr>
          <w:lang w:val="it-IT"/>
        </w:rPr>
        <w:t xml:space="preserve"> </w:t>
      </w:r>
      <w:r w:rsidRPr="005B0195">
        <w:rPr>
          <w:rFonts w:cs="Verdana"/>
          <w:spacing w:val="-1"/>
          <w:lang w:val="it-IT"/>
        </w:rPr>
        <w:t>d</w:t>
      </w:r>
      <w:r w:rsidRPr="005B0195">
        <w:rPr>
          <w:rFonts w:cs="Verdana"/>
          <w:lang w:val="it-IT"/>
        </w:rPr>
        <w:t>el</w:t>
      </w:r>
      <w:r w:rsidRPr="005B0195">
        <w:rPr>
          <w:rFonts w:cs="Verdana"/>
          <w:spacing w:val="-3"/>
          <w:lang w:val="it-IT"/>
        </w:rPr>
        <w:t>l</w:t>
      </w:r>
      <w:r w:rsidRPr="005B0195">
        <w:rPr>
          <w:rFonts w:cs="Verdana"/>
          <w:lang w:val="it-IT"/>
        </w:rPr>
        <w:t>’</w:t>
      </w:r>
      <w:r w:rsidRPr="005B0195">
        <w:rPr>
          <w:rFonts w:cs="Verdana"/>
          <w:spacing w:val="2"/>
          <w:lang w:val="it-IT"/>
        </w:rPr>
        <w:t>a</w:t>
      </w:r>
      <w:r w:rsidRPr="005B0195">
        <w:rPr>
          <w:rFonts w:cs="Verdana"/>
          <w:spacing w:val="-3"/>
          <w:lang w:val="it-IT"/>
        </w:rPr>
        <w:t>l</w:t>
      </w:r>
      <w:r w:rsidRPr="005B0195">
        <w:rPr>
          <w:rFonts w:cs="Verdana"/>
          <w:lang w:val="it-IT"/>
        </w:rPr>
        <w:t>u</w:t>
      </w:r>
      <w:r w:rsidRPr="005B0195">
        <w:rPr>
          <w:rFonts w:cs="Verdana"/>
          <w:spacing w:val="-2"/>
          <w:lang w:val="it-IT"/>
        </w:rPr>
        <w:t>n</w:t>
      </w:r>
      <w:r w:rsidRPr="005B0195">
        <w:rPr>
          <w:rFonts w:cs="Verdana"/>
          <w:lang w:val="it-IT"/>
        </w:rPr>
        <w:t>no</w:t>
      </w:r>
      <w:r w:rsidRPr="005B0195">
        <w:rPr>
          <w:rFonts w:cs="Verdana"/>
          <w:spacing w:val="-2"/>
          <w:lang w:val="it-IT"/>
        </w:rPr>
        <w:t>_</w:t>
      </w:r>
      <w:r>
        <w:rPr>
          <w:rFonts w:cs="Verdana"/>
          <w:spacing w:val="-2"/>
          <w:lang w:val="it-IT"/>
        </w:rPr>
        <w:t>_____________</w:t>
      </w:r>
      <w:r w:rsidRPr="005B0195">
        <w:rPr>
          <w:rFonts w:cs="Verdana"/>
          <w:spacing w:val="-2"/>
          <w:u w:val="single" w:color="000000"/>
          <w:lang w:val="it-IT"/>
        </w:rPr>
        <w:tab/>
      </w:r>
      <w:r>
        <w:rPr>
          <w:rFonts w:cs="Verdana"/>
          <w:spacing w:val="-2"/>
          <w:u w:val="single" w:color="000000"/>
          <w:lang w:val="it-IT"/>
        </w:rPr>
        <w:t>__________</w:t>
      </w:r>
      <w:r w:rsidRPr="005B0195">
        <w:rPr>
          <w:rFonts w:cs="Verdana"/>
          <w:lang w:val="it-IT"/>
        </w:rPr>
        <w:t>C</w:t>
      </w:r>
      <w:r w:rsidRPr="005B0195">
        <w:rPr>
          <w:rFonts w:cs="Verdana"/>
          <w:spacing w:val="-2"/>
          <w:lang w:val="it-IT"/>
        </w:rPr>
        <w:t>.</w:t>
      </w:r>
      <w:r w:rsidRPr="005B0195">
        <w:rPr>
          <w:rFonts w:cs="Verdana"/>
          <w:lang w:val="it-IT"/>
        </w:rPr>
        <w:t>F</w:t>
      </w:r>
      <w:r w:rsidRPr="005B0195">
        <w:rPr>
          <w:rFonts w:cs="Verdana"/>
          <w:spacing w:val="-1"/>
          <w:lang w:val="it-IT"/>
        </w:rPr>
        <w:t>.</w:t>
      </w:r>
      <w:r w:rsidRPr="005B0195">
        <w:rPr>
          <w:rFonts w:cs="Verdana"/>
          <w:u w:val="single" w:color="000000"/>
          <w:lang w:val="it-IT"/>
        </w:rPr>
        <w:t xml:space="preserve"> </w:t>
      </w:r>
      <w:r>
        <w:rPr>
          <w:rFonts w:cs="Verdana"/>
          <w:u w:val="single" w:color="000000"/>
          <w:lang w:val="it-IT"/>
        </w:rPr>
        <w:t>___________</w:t>
      </w:r>
      <w:r w:rsidRPr="005B0195">
        <w:rPr>
          <w:rFonts w:cs="Verdana"/>
          <w:u w:val="single" w:color="000000"/>
          <w:lang w:val="it-IT"/>
        </w:rPr>
        <w:tab/>
      </w:r>
      <w:r>
        <w:rPr>
          <w:rFonts w:cs="Verdana"/>
          <w:u w:val="single" w:color="000000"/>
          <w:lang w:val="it-IT"/>
        </w:rPr>
        <w:t>___________</w:t>
      </w:r>
    </w:p>
    <w:p w14:paraId="6E8ED9C2" w14:textId="77777777" w:rsidR="00B045D9" w:rsidRPr="005B0195" w:rsidRDefault="00B045D9" w:rsidP="00B045D9">
      <w:pPr>
        <w:spacing w:before="6"/>
        <w:rPr>
          <w:szCs w:val="20"/>
          <w:lang w:val="it-IT"/>
        </w:rPr>
      </w:pPr>
      <w:r>
        <w:rPr>
          <w:szCs w:val="20"/>
          <w:lang w:val="it-IT"/>
        </w:rPr>
        <w:t xml:space="preserve">                                                                  </w:t>
      </w:r>
    </w:p>
    <w:p w14:paraId="7944E833" w14:textId="77777777" w:rsidR="00B045D9" w:rsidRDefault="00B045D9" w:rsidP="00B045D9">
      <w:pPr>
        <w:pStyle w:val="Corpotesto"/>
        <w:tabs>
          <w:tab w:val="left" w:pos="3686"/>
          <w:tab w:val="left" w:pos="4282"/>
          <w:tab w:val="left" w:pos="5277"/>
          <w:tab w:val="left" w:pos="6057"/>
          <w:tab w:val="left" w:pos="8147"/>
        </w:tabs>
        <w:spacing w:before="61"/>
        <w:ind w:right="2083"/>
        <w:rPr>
          <w:u w:val="single" w:color="000000"/>
          <w:lang w:val="it-IT"/>
        </w:rPr>
      </w:pPr>
      <w:r w:rsidRPr="005B0195">
        <w:rPr>
          <w:lang w:val="it-IT"/>
        </w:rPr>
        <w:t>n</w:t>
      </w:r>
      <w:r w:rsidRPr="005B0195">
        <w:rPr>
          <w:spacing w:val="-2"/>
          <w:lang w:val="it-IT"/>
        </w:rPr>
        <w:t>a</w:t>
      </w:r>
      <w:r w:rsidRPr="005B0195">
        <w:rPr>
          <w:lang w:val="it-IT"/>
        </w:rPr>
        <w:t>to</w:t>
      </w:r>
      <w:r w:rsidRPr="005B0195">
        <w:rPr>
          <w:spacing w:val="-1"/>
          <w:lang w:val="it-IT"/>
        </w:rPr>
        <w:t xml:space="preserve"> </w:t>
      </w:r>
      <w:r w:rsidRPr="005B0195">
        <w:rPr>
          <w:lang w:val="it-IT"/>
        </w:rPr>
        <w:t>a</w:t>
      </w:r>
      <w:r w:rsidRPr="005B0195">
        <w:rPr>
          <w:u w:val="single" w:color="000000"/>
          <w:lang w:val="it-IT"/>
        </w:rPr>
        <w:tab/>
      </w:r>
      <w:r>
        <w:rPr>
          <w:u w:val="single" w:color="000000"/>
          <w:lang w:val="it-IT"/>
        </w:rPr>
        <w:t>___</w:t>
      </w:r>
      <w:r w:rsidRPr="005B0195">
        <w:rPr>
          <w:lang w:val="it-IT"/>
        </w:rPr>
        <w:t>il</w:t>
      </w:r>
      <w:r w:rsidRPr="005B0195">
        <w:rPr>
          <w:u w:val="single" w:color="000000"/>
          <w:lang w:val="it-IT"/>
        </w:rPr>
        <w:tab/>
      </w:r>
      <w:r w:rsidRPr="005B0195">
        <w:rPr>
          <w:u w:val="single" w:color="000000"/>
          <w:lang w:val="it-IT"/>
        </w:rPr>
        <w:tab/>
      </w:r>
      <w:r>
        <w:rPr>
          <w:u w:val="single" w:color="000000"/>
          <w:lang w:val="it-IT"/>
        </w:rPr>
        <w:t>____</w:t>
      </w:r>
      <w:r w:rsidRPr="005B0195">
        <w:rPr>
          <w:u w:val="single" w:color="000000"/>
          <w:lang w:val="it-IT"/>
        </w:rPr>
        <w:tab/>
      </w:r>
      <w:r w:rsidRPr="005B0195">
        <w:rPr>
          <w:spacing w:val="-1"/>
          <w:lang w:val="it-IT"/>
        </w:rPr>
        <w:t>r</w:t>
      </w:r>
      <w:r w:rsidRPr="005B0195">
        <w:rPr>
          <w:lang w:val="it-IT"/>
        </w:rPr>
        <w:t>esiden</w:t>
      </w:r>
      <w:r w:rsidRPr="005B0195">
        <w:rPr>
          <w:spacing w:val="-2"/>
          <w:lang w:val="it-IT"/>
        </w:rPr>
        <w:t>t</w:t>
      </w:r>
      <w:r w:rsidRPr="005B0195">
        <w:rPr>
          <w:lang w:val="it-IT"/>
        </w:rPr>
        <w:t xml:space="preserve">e </w:t>
      </w:r>
      <w:r w:rsidRPr="005B0195">
        <w:rPr>
          <w:spacing w:val="-2"/>
          <w:lang w:val="it-IT"/>
        </w:rPr>
        <w:t>a</w:t>
      </w:r>
      <w:r>
        <w:rPr>
          <w:spacing w:val="-2"/>
          <w:lang w:val="it-IT"/>
        </w:rPr>
        <w:t xml:space="preserve"> Sassano  </w:t>
      </w:r>
      <w:r w:rsidRPr="005B0195">
        <w:rPr>
          <w:lang w:val="it-IT"/>
        </w:rPr>
        <w:t xml:space="preserve"> </w:t>
      </w:r>
      <w:r w:rsidRPr="005B0195">
        <w:rPr>
          <w:spacing w:val="-3"/>
          <w:lang w:val="it-IT"/>
        </w:rPr>
        <w:t>i</w:t>
      </w:r>
      <w:r w:rsidRPr="005B0195">
        <w:rPr>
          <w:lang w:val="it-IT"/>
        </w:rPr>
        <w:t>n</w:t>
      </w:r>
      <w:r w:rsidRPr="005B0195">
        <w:rPr>
          <w:spacing w:val="1"/>
          <w:lang w:val="it-IT"/>
        </w:rPr>
        <w:t xml:space="preserve"> v</w:t>
      </w:r>
      <w:r w:rsidRPr="005B0195">
        <w:rPr>
          <w:spacing w:val="-3"/>
          <w:lang w:val="it-IT"/>
        </w:rPr>
        <w:t>i</w:t>
      </w:r>
      <w:r w:rsidRPr="005B0195">
        <w:rPr>
          <w:lang w:val="it-IT"/>
        </w:rPr>
        <w:t>a</w:t>
      </w:r>
      <w:r w:rsidRPr="005B0195">
        <w:rPr>
          <w:u w:val="single" w:color="000000"/>
          <w:lang w:val="it-IT"/>
        </w:rPr>
        <w:tab/>
      </w:r>
      <w:r w:rsidRPr="005B0195">
        <w:rPr>
          <w:u w:val="single" w:color="000000"/>
          <w:lang w:val="it-IT"/>
        </w:rPr>
        <w:tab/>
      </w:r>
      <w:proofErr w:type="spellStart"/>
      <w:r w:rsidRPr="005B0195">
        <w:rPr>
          <w:lang w:val="it-IT"/>
        </w:rPr>
        <w:t>n.</w:t>
      </w:r>
      <w:r>
        <w:rPr>
          <w:u w:val="single" w:color="000000"/>
          <w:lang w:val="it-IT"/>
        </w:rPr>
        <w:t>____</w:t>
      </w:r>
      <w:r>
        <w:rPr>
          <w:lang w:val="it-IT"/>
        </w:rPr>
        <w:t>T</w:t>
      </w:r>
      <w:r w:rsidRPr="005B0195">
        <w:rPr>
          <w:spacing w:val="2"/>
          <w:lang w:val="it-IT"/>
        </w:rPr>
        <w:t>e</w:t>
      </w:r>
      <w:r w:rsidRPr="005B0195">
        <w:rPr>
          <w:spacing w:val="-3"/>
          <w:lang w:val="it-IT"/>
        </w:rPr>
        <w:t>l</w:t>
      </w:r>
      <w:proofErr w:type="spellEnd"/>
      <w:r>
        <w:rPr>
          <w:lang w:val="it-IT"/>
        </w:rPr>
        <w:t>/Cell.</w:t>
      </w:r>
      <w:r w:rsidRPr="005B0195">
        <w:rPr>
          <w:lang w:val="it-IT"/>
        </w:rPr>
        <w:t xml:space="preserve"> </w:t>
      </w:r>
      <w:r w:rsidRPr="005B0195">
        <w:rPr>
          <w:u w:val="single" w:color="000000"/>
          <w:lang w:val="it-IT"/>
        </w:rPr>
        <w:t xml:space="preserve"> </w:t>
      </w:r>
      <w:r w:rsidRPr="005B0195">
        <w:rPr>
          <w:u w:val="single" w:color="000000"/>
          <w:lang w:val="it-IT"/>
        </w:rPr>
        <w:tab/>
      </w:r>
      <w:r>
        <w:rPr>
          <w:u w:val="single" w:color="000000"/>
          <w:lang w:val="it-IT"/>
        </w:rPr>
        <w:t>_</w:t>
      </w:r>
    </w:p>
    <w:p w14:paraId="0ECEDF73" w14:textId="77777777" w:rsidR="00B045D9" w:rsidRDefault="00B045D9" w:rsidP="00B045D9">
      <w:pPr>
        <w:pStyle w:val="Corpotesto"/>
        <w:tabs>
          <w:tab w:val="left" w:pos="3686"/>
          <w:tab w:val="left" w:pos="4282"/>
          <w:tab w:val="left" w:pos="5277"/>
          <w:tab w:val="left" w:pos="6057"/>
          <w:tab w:val="left" w:pos="8147"/>
        </w:tabs>
        <w:spacing w:before="61"/>
        <w:ind w:right="2083"/>
        <w:rPr>
          <w:u w:val="single" w:color="000000"/>
          <w:lang w:val="it-IT"/>
        </w:rPr>
      </w:pPr>
    </w:p>
    <w:p w14:paraId="67847CF9" w14:textId="77777777" w:rsidR="00B045D9" w:rsidRPr="00C07AAB" w:rsidRDefault="00B045D9" w:rsidP="00B045D9">
      <w:pPr>
        <w:pStyle w:val="Corpotesto"/>
        <w:spacing w:before="61"/>
        <w:rPr>
          <w:lang w:val="it-IT"/>
        </w:rPr>
      </w:pPr>
      <w:r w:rsidRPr="005B0195">
        <w:rPr>
          <w:spacing w:val="-1"/>
          <w:lang w:val="it-IT"/>
        </w:rPr>
        <w:t>g</w:t>
      </w:r>
      <w:r w:rsidRPr="005B0195">
        <w:rPr>
          <w:lang w:val="it-IT"/>
        </w:rPr>
        <w:t>en</w:t>
      </w:r>
      <w:r w:rsidRPr="005B0195">
        <w:rPr>
          <w:spacing w:val="-4"/>
          <w:lang w:val="it-IT"/>
        </w:rPr>
        <w:t>i</w:t>
      </w:r>
      <w:r w:rsidRPr="005B0195">
        <w:rPr>
          <w:lang w:val="it-IT"/>
        </w:rPr>
        <w:t>to</w:t>
      </w:r>
      <w:r w:rsidRPr="005B0195">
        <w:rPr>
          <w:spacing w:val="-1"/>
          <w:lang w:val="it-IT"/>
        </w:rPr>
        <w:t>r</w:t>
      </w:r>
      <w:r w:rsidRPr="005B0195">
        <w:rPr>
          <w:lang w:val="it-IT"/>
        </w:rPr>
        <w:t>e/t</w:t>
      </w:r>
      <w:r w:rsidRPr="005B0195">
        <w:rPr>
          <w:spacing w:val="-2"/>
          <w:lang w:val="it-IT"/>
        </w:rPr>
        <w:t>u</w:t>
      </w:r>
      <w:r w:rsidRPr="005B0195">
        <w:rPr>
          <w:lang w:val="it-IT"/>
        </w:rPr>
        <w:t>to</w:t>
      </w:r>
      <w:r w:rsidRPr="005B0195">
        <w:rPr>
          <w:spacing w:val="-1"/>
          <w:lang w:val="it-IT"/>
        </w:rPr>
        <w:t>r</w:t>
      </w:r>
      <w:r w:rsidRPr="005B0195">
        <w:rPr>
          <w:lang w:val="it-IT"/>
        </w:rPr>
        <w:t>e</w:t>
      </w:r>
      <w:r>
        <w:rPr>
          <w:lang w:val="it-IT"/>
        </w:rPr>
        <w:t xml:space="preserve"> </w:t>
      </w:r>
      <w:r w:rsidRPr="005B0195">
        <w:rPr>
          <w:rFonts w:cs="Verdana"/>
          <w:spacing w:val="-1"/>
          <w:lang w:val="it-IT"/>
        </w:rPr>
        <w:t>d</w:t>
      </w:r>
      <w:r w:rsidRPr="005B0195">
        <w:rPr>
          <w:rFonts w:cs="Verdana"/>
          <w:lang w:val="it-IT"/>
        </w:rPr>
        <w:t>el</w:t>
      </w:r>
      <w:r w:rsidRPr="005B0195">
        <w:rPr>
          <w:rFonts w:cs="Verdana"/>
          <w:spacing w:val="-3"/>
          <w:lang w:val="it-IT"/>
        </w:rPr>
        <w:t>l</w:t>
      </w:r>
      <w:r w:rsidRPr="005B0195">
        <w:rPr>
          <w:rFonts w:cs="Verdana"/>
          <w:lang w:val="it-IT"/>
        </w:rPr>
        <w:t>’</w:t>
      </w:r>
      <w:r w:rsidRPr="005B0195">
        <w:rPr>
          <w:rFonts w:cs="Verdana"/>
          <w:spacing w:val="2"/>
          <w:lang w:val="it-IT"/>
        </w:rPr>
        <w:t>a</w:t>
      </w:r>
      <w:r w:rsidRPr="005B0195">
        <w:rPr>
          <w:rFonts w:cs="Verdana"/>
          <w:spacing w:val="-3"/>
          <w:lang w:val="it-IT"/>
        </w:rPr>
        <w:t>l</w:t>
      </w:r>
      <w:r w:rsidRPr="005B0195">
        <w:rPr>
          <w:rFonts w:cs="Verdana"/>
          <w:lang w:val="it-IT"/>
        </w:rPr>
        <w:t>u</w:t>
      </w:r>
      <w:r w:rsidRPr="005B0195">
        <w:rPr>
          <w:rFonts w:cs="Verdana"/>
          <w:spacing w:val="-2"/>
          <w:lang w:val="it-IT"/>
        </w:rPr>
        <w:t>n</w:t>
      </w:r>
      <w:r w:rsidRPr="005B0195">
        <w:rPr>
          <w:rFonts w:cs="Verdana"/>
          <w:lang w:val="it-IT"/>
        </w:rPr>
        <w:t>no</w:t>
      </w:r>
      <w:r w:rsidRPr="005B0195">
        <w:rPr>
          <w:rFonts w:cs="Verdana"/>
          <w:spacing w:val="-2"/>
          <w:lang w:val="it-IT"/>
        </w:rPr>
        <w:t>_</w:t>
      </w:r>
      <w:r>
        <w:rPr>
          <w:rFonts w:cs="Verdana"/>
          <w:spacing w:val="-2"/>
          <w:lang w:val="it-IT"/>
        </w:rPr>
        <w:t>_____________</w:t>
      </w:r>
      <w:r w:rsidRPr="005B0195">
        <w:rPr>
          <w:rFonts w:cs="Verdana"/>
          <w:spacing w:val="-2"/>
          <w:u w:val="single" w:color="000000"/>
          <w:lang w:val="it-IT"/>
        </w:rPr>
        <w:tab/>
      </w:r>
      <w:r>
        <w:rPr>
          <w:rFonts w:cs="Verdana"/>
          <w:spacing w:val="-2"/>
          <w:u w:val="single" w:color="000000"/>
          <w:lang w:val="it-IT"/>
        </w:rPr>
        <w:t>__________</w:t>
      </w:r>
      <w:r w:rsidRPr="005B0195">
        <w:rPr>
          <w:rFonts w:cs="Verdana"/>
          <w:lang w:val="it-IT"/>
        </w:rPr>
        <w:t>C</w:t>
      </w:r>
      <w:r w:rsidRPr="005B0195">
        <w:rPr>
          <w:rFonts w:cs="Verdana"/>
          <w:spacing w:val="-2"/>
          <w:lang w:val="it-IT"/>
        </w:rPr>
        <w:t>.</w:t>
      </w:r>
      <w:r w:rsidRPr="005B0195">
        <w:rPr>
          <w:rFonts w:cs="Verdana"/>
          <w:lang w:val="it-IT"/>
        </w:rPr>
        <w:t>F</w:t>
      </w:r>
      <w:r w:rsidRPr="005B0195">
        <w:rPr>
          <w:rFonts w:cs="Verdana"/>
          <w:spacing w:val="-1"/>
          <w:lang w:val="it-IT"/>
        </w:rPr>
        <w:t>.</w:t>
      </w:r>
      <w:r w:rsidRPr="005B0195">
        <w:rPr>
          <w:rFonts w:cs="Verdana"/>
          <w:u w:val="single" w:color="000000"/>
          <w:lang w:val="it-IT"/>
        </w:rPr>
        <w:t xml:space="preserve"> </w:t>
      </w:r>
      <w:r>
        <w:rPr>
          <w:rFonts w:cs="Verdana"/>
          <w:u w:val="single" w:color="000000"/>
          <w:lang w:val="it-IT"/>
        </w:rPr>
        <w:t>___________</w:t>
      </w:r>
      <w:r w:rsidRPr="005B0195">
        <w:rPr>
          <w:rFonts w:cs="Verdana"/>
          <w:u w:val="single" w:color="000000"/>
          <w:lang w:val="it-IT"/>
        </w:rPr>
        <w:tab/>
      </w:r>
      <w:r>
        <w:rPr>
          <w:rFonts w:cs="Verdana"/>
          <w:u w:val="single" w:color="000000"/>
          <w:lang w:val="it-IT"/>
        </w:rPr>
        <w:t>___________</w:t>
      </w:r>
    </w:p>
    <w:p w14:paraId="60BB54B7" w14:textId="77777777" w:rsidR="00B045D9" w:rsidRPr="005B0195" w:rsidRDefault="00B045D9" w:rsidP="00B045D9">
      <w:pPr>
        <w:spacing w:before="6"/>
        <w:rPr>
          <w:szCs w:val="20"/>
          <w:lang w:val="it-IT"/>
        </w:rPr>
      </w:pPr>
      <w:r>
        <w:rPr>
          <w:szCs w:val="20"/>
          <w:lang w:val="it-IT"/>
        </w:rPr>
        <w:t xml:space="preserve">                                                                  </w:t>
      </w:r>
    </w:p>
    <w:p w14:paraId="0DADDEC7" w14:textId="77777777" w:rsidR="00B045D9" w:rsidRDefault="00B045D9" w:rsidP="00B045D9">
      <w:pPr>
        <w:pStyle w:val="Corpotesto"/>
        <w:tabs>
          <w:tab w:val="left" w:pos="3686"/>
          <w:tab w:val="left" w:pos="4282"/>
          <w:tab w:val="left" w:pos="5277"/>
          <w:tab w:val="left" w:pos="6057"/>
          <w:tab w:val="left" w:pos="8147"/>
        </w:tabs>
        <w:spacing w:before="61"/>
        <w:ind w:right="2083"/>
        <w:rPr>
          <w:u w:val="single" w:color="000000"/>
          <w:lang w:val="it-IT"/>
        </w:rPr>
      </w:pPr>
      <w:r w:rsidRPr="005B0195">
        <w:rPr>
          <w:lang w:val="it-IT"/>
        </w:rPr>
        <w:t>n</w:t>
      </w:r>
      <w:r w:rsidRPr="005B0195">
        <w:rPr>
          <w:spacing w:val="-2"/>
          <w:lang w:val="it-IT"/>
        </w:rPr>
        <w:t>a</w:t>
      </w:r>
      <w:r w:rsidRPr="005B0195">
        <w:rPr>
          <w:lang w:val="it-IT"/>
        </w:rPr>
        <w:t>to</w:t>
      </w:r>
      <w:r w:rsidRPr="005B0195">
        <w:rPr>
          <w:spacing w:val="-1"/>
          <w:lang w:val="it-IT"/>
        </w:rPr>
        <w:t xml:space="preserve"> </w:t>
      </w:r>
      <w:r w:rsidRPr="005B0195">
        <w:rPr>
          <w:lang w:val="it-IT"/>
        </w:rPr>
        <w:t>a</w:t>
      </w:r>
      <w:r w:rsidRPr="005B0195">
        <w:rPr>
          <w:u w:val="single" w:color="000000"/>
          <w:lang w:val="it-IT"/>
        </w:rPr>
        <w:tab/>
      </w:r>
      <w:r>
        <w:rPr>
          <w:u w:val="single" w:color="000000"/>
          <w:lang w:val="it-IT"/>
        </w:rPr>
        <w:t>___</w:t>
      </w:r>
      <w:r w:rsidRPr="005B0195">
        <w:rPr>
          <w:lang w:val="it-IT"/>
        </w:rPr>
        <w:t>il</w:t>
      </w:r>
      <w:r w:rsidRPr="005B0195">
        <w:rPr>
          <w:u w:val="single" w:color="000000"/>
          <w:lang w:val="it-IT"/>
        </w:rPr>
        <w:tab/>
      </w:r>
      <w:r w:rsidRPr="005B0195">
        <w:rPr>
          <w:u w:val="single" w:color="000000"/>
          <w:lang w:val="it-IT"/>
        </w:rPr>
        <w:tab/>
      </w:r>
      <w:r>
        <w:rPr>
          <w:u w:val="single" w:color="000000"/>
          <w:lang w:val="it-IT"/>
        </w:rPr>
        <w:t>____</w:t>
      </w:r>
      <w:r w:rsidRPr="005B0195">
        <w:rPr>
          <w:u w:val="single" w:color="000000"/>
          <w:lang w:val="it-IT"/>
        </w:rPr>
        <w:tab/>
      </w:r>
      <w:r w:rsidRPr="005B0195">
        <w:rPr>
          <w:spacing w:val="-1"/>
          <w:lang w:val="it-IT"/>
        </w:rPr>
        <w:t>r</w:t>
      </w:r>
      <w:r w:rsidRPr="005B0195">
        <w:rPr>
          <w:lang w:val="it-IT"/>
        </w:rPr>
        <w:t>esiden</w:t>
      </w:r>
      <w:r w:rsidRPr="005B0195">
        <w:rPr>
          <w:spacing w:val="-2"/>
          <w:lang w:val="it-IT"/>
        </w:rPr>
        <w:t>t</w:t>
      </w:r>
      <w:r w:rsidRPr="005B0195">
        <w:rPr>
          <w:lang w:val="it-IT"/>
        </w:rPr>
        <w:t xml:space="preserve">e </w:t>
      </w:r>
      <w:r w:rsidRPr="005B0195">
        <w:rPr>
          <w:spacing w:val="-2"/>
          <w:lang w:val="it-IT"/>
        </w:rPr>
        <w:t>a</w:t>
      </w:r>
      <w:r>
        <w:rPr>
          <w:spacing w:val="-2"/>
          <w:lang w:val="it-IT"/>
        </w:rPr>
        <w:t xml:space="preserve"> Sassano  </w:t>
      </w:r>
      <w:r w:rsidRPr="005B0195">
        <w:rPr>
          <w:lang w:val="it-IT"/>
        </w:rPr>
        <w:t xml:space="preserve"> </w:t>
      </w:r>
      <w:r w:rsidRPr="005B0195">
        <w:rPr>
          <w:spacing w:val="-3"/>
          <w:lang w:val="it-IT"/>
        </w:rPr>
        <w:t>i</w:t>
      </w:r>
      <w:r w:rsidRPr="005B0195">
        <w:rPr>
          <w:lang w:val="it-IT"/>
        </w:rPr>
        <w:t>n</w:t>
      </w:r>
      <w:r w:rsidRPr="005B0195">
        <w:rPr>
          <w:spacing w:val="1"/>
          <w:lang w:val="it-IT"/>
        </w:rPr>
        <w:t xml:space="preserve"> v</w:t>
      </w:r>
      <w:r w:rsidRPr="005B0195">
        <w:rPr>
          <w:spacing w:val="-3"/>
          <w:lang w:val="it-IT"/>
        </w:rPr>
        <w:t>i</w:t>
      </w:r>
      <w:r w:rsidRPr="005B0195">
        <w:rPr>
          <w:lang w:val="it-IT"/>
        </w:rPr>
        <w:t>a</w:t>
      </w:r>
      <w:r w:rsidRPr="005B0195">
        <w:rPr>
          <w:u w:val="single" w:color="000000"/>
          <w:lang w:val="it-IT"/>
        </w:rPr>
        <w:tab/>
      </w:r>
      <w:r w:rsidRPr="005B0195">
        <w:rPr>
          <w:u w:val="single" w:color="000000"/>
          <w:lang w:val="it-IT"/>
        </w:rPr>
        <w:tab/>
      </w:r>
      <w:proofErr w:type="spellStart"/>
      <w:r w:rsidRPr="005B0195">
        <w:rPr>
          <w:lang w:val="it-IT"/>
        </w:rPr>
        <w:t>n.</w:t>
      </w:r>
      <w:r>
        <w:rPr>
          <w:u w:val="single" w:color="000000"/>
          <w:lang w:val="it-IT"/>
        </w:rPr>
        <w:t>____</w:t>
      </w:r>
      <w:r>
        <w:rPr>
          <w:lang w:val="it-IT"/>
        </w:rPr>
        <w:t>T</w:t>
      </w:r>
      <w:r w:rsidRPr="005B0195">
        <w:rPr>
          <w:spacing w:val="2"/>
          <w:lang w:val="it-IT"/>
        </w:rPr>
        <w:t>e</w:t>
      </w:r>
      <w:r w:rsidRPr="005B0195">
        <w:rPr>
          <w:spacing w:val="-3"/>
          <w:lang w:val="it-IT"/>
        </w:rPr>
        <w:t>l</w:t>
      </w:r>
      <w:proofErr w:type="spellEnd"/>
      <w:r>
        <w:rPr>
          <w:lang w:val="it-IT"/>
        </w:rPr>
        <w:t>/Cell.</w:t>
      </w:r>
      <w:r w:rsidRPr="005B0195">
        <w:rPr>
          <w:lang w:val="it-IT"/>
        </w:rPr>
        <w:t xml:space="preserve"> </w:t>
      </w:r>
      <w:r w:rsidRPr="005B0195">
        <w:rPr>
          <w:u w:val="single" w:color="000000"/>
          <w:lang w:val="it-IT"/>
        </w:rPr>
        <w:t xml:space="preserve"> </w:t>
      </w:r>
      <w:r w:rsidRPr="005B0195">
        <w:rPr>
          <w:u w:val="single" w:color="000000"/>
          <w:lang w:val="it-IT"/>
        </w:rPr>
        <w:tab/>
      </w:r>
      <w:r>
        <w:rPr>
          <w:u w:val="single" w:color="000000"/>
          <w:lang w:val="it-IT"/>
        </w:rPr>
        <w:t>_</w:t>
      </w:r>
    </w:p>
    <w:p w14:paraId="1A952A4D" w14:textId="77777777" w:rsidR="00B045D9" w:rsidRDefault="00B045D9" w:rsidP="00B045D9">
      <w:pPr>
        <w:pStyle w:val="Corpotesto"/>
        <w:tabs>
          <w:tab w:val="left" w:pos="3686"/>
          <w:tab w:val="left" w:pos="4282"/>
          <w:tab w:val="left" w:pos="5277"/>
          <w:tab w:val="left" w:pos="6057"/>
          <w:tab w:val="left" w:pos="8147"/>
        </w:tabs>
        <w:spacing w:before="61"/>
        <w:ind w:right="2083"/>
        <w:rPr>
          <w:u w:val="single" w:color="000000"/>
          <w:lang w:val="it-IT"/>
        </w:rPr>
      </w:pPr>
    </w:p>
    <w:p w14:paraId="2588965E" w14:textId="77777777" w:rsidR="00B045D9" w:rsidRPr="005B0195" w:rsidRDefault="00B045D9" w:rsidP="00B045D9">
      <w:pPr>
        <w:pStyle w:val="Corpotesto"/>
        <w:tabs>
          <w:tab w:val="left" w:pos="3686"/>
          <w:tab w:val="left" w:pos="4282"/>
          <w:tab w:val="left" w:pos="5277"/>
          <w:tab w:val="left" w:pos="6057"/>
          <w:tab w:val="left" w:pos="8147"/>
        </w:tabs>
        <w:spacing w:before="61"/>
        <w:ind w:right="2083"/>
        <w:rPr>
          <w:lang w:val="it-IT"/>
        </w:rPr>
      </w:pPr>
    </w:p>
    <w:p w14:paraId="562EF227" w14:textId="77777777" w:rsidR="00831800" w:rsidRPr="00F16718" w:rsidRDefault="00000000">
      <w:pPr>
        <w:jc w:val="center"/>
        <w:rPr>
          <w:b/>
          <w:sz w:val="24"/>
          <w:szCs w:val="24"/>
          <w:lang w:val="it-IT"/>
        </w:rPr>
      </w:pPr>
      <w:r w:rsidRPr="00F16718">
        <w:rPr>
          <w:b/>
          <w:sz w:val="24"/>
          <w:szCs w:val="24"/>
          <w:lang w:val="it-IT"/>
        </w:rPr>
        <w:t>CHIEDE</w:t>
      </w:r>
    </w:p>
    <w:p w14:paraId="40C4BADE" w14:textId="77777777" w:rsidR="00B045D9" w:rsidRPr="00B045D9" w:rsidRDefault="00B045D9">
      <w:pPr>
        <w:jc w:val="center"/>
        <w:rPr>
          <w:lang w:val="it-IT"/>
        </w:rPr>
      </w:pPr>
    </w:p>
    <w:p w14:paraId="620C9CAE" w14:textId="77777777" w:rsidR="00831800" w:rsidRDefault="00000000">
      <w:pPr>
        <w:rPr>
          <w:spacing w:val="-1"/>
          <w:lang w:val="it-IT"/>
        </w:rPr>
      </w:pPr>
      <w:r w:rsidRPr="00B045D9">
        <w:rPr>
          <w:spacing w:val="-1"/>
          <w:lang w:val="it-IT"/>
        </w:rPr>
        <w:t>l'ammissione al contributo comunale a parziale rimborso delle spese sostenute per il servizio di trasporto scolastico per l'anno scolastico 2026/2027, secondo quanto stabilito dalla Deliberazione della Giunta Comunale n. 52 del 24/09/2026.</w:t>
      </w:r>
    </w:p>
    <w:p w14:paraId="45DF8C4B" w14:textId="77777777" w:rsidR="00B045D9" w:rsidRPr="00B045D9" w:rsidRDefault="00B045D9">
      <w:pPr>
        <w:rPr>
          <w:spacing w:val="-1"/>
          <w:lang w:val="it-IT"/>
        </w:rPr>
      </w:pPr>
    </w:p>
    <w:p w14:paraId="18E3A93D" w14:textId="77777777" w:rsidR="00831800" w:rsidRPr="00B045D9" w:rsidRDefault="00000000">
      <w:pPr>
        <w:rPr>
          <w:spacing w:val="-1"/>
          <w:lang w:val="it-IT"/>
        </w:rPr>
      </w:pPr>
      <w:r w:rsidRPr="00B045D9">
        <w:rPr>
          <w:spacing w:val="-1"/>
          <w:lang w:val="it-IT"/>
        </w:rPr>
        <w:t>Il contributo è previsto nella misura di:</w:t>
      </w:r>
    </w:p>
    <w:p w14:paraId="70E03D75" w14:textId="77777777" w:rsidR="00831800" w:rsidRPr="00B045D9" w:rsidRDefault="00000000">
      <w:pPr>
        <w:ind w:left="227"/>
        <w:rPr>
          <w:spacing w:val="-1"/>
          <w:lang w:val="it-IT"/>
        </w:rPr>
      </w:pPr>
      <w:r w:rsidRPr="00B045D9">
        <w:rPr>
          <w:rFonts w:ascii="Segoe UI Symbol" w:hAnsi="Segoe UI Symbol" w:cs="Segoe UI Symbol"/>
          <w:spacing w:val="-1"/>
          <w:lang w:val="it-IT"/>
        </w:rPr>
        <w:t>☐</w:t>
      </w:r>
      <w:r w:rsidRPr="00B045D9">
        <w:rPr>
          <w:spacing w:val="-1"/>
          <w:lang w:val="it-IT"/>
        </w:rPr>
        <w:t xml:space="preserve"> € 30,00 mensili per un alunno fruitore del servizio;</w:t>
      </w:r>
    </w:p>
    <w:p w14:paraId="65A2A976" w14:textId="77777777" w:rsidR="00831800" w:rsidRPr="00B045D9" w:rsidRDefault="00000000">
      <w:pPr>
        <w:ind w:left="227"/>
        <w:rPr>
          <w:spacing w:val="-1"/>
          <w:lang w:val="it-IT"/>
        </w:rPr>
      </w:pPr>
      <w:r w:rsidRPr="00B045D9">
        <w:rPr>
          <w:rFonts w:ascii="Segoe UI Symbol" w:hAnsi="Segoe UI Symbol" w:cs="Segoe UI Symbol"/>
          <w:spacing w:val="-1"/>
          <w:lang w:val="it-IT"/>
        </w:rPr>
        <w:lastRenderedPageBreak/>
        <w:t>☐</w:t>
      </w:r>
      <w:r w:rsidRPr="00B045D9">
        <w:rPr>
          <w:spacing w:val="-1"/>
          <w:lang w:val="it-IT"/>
        </w:rPr>
        <w:t xml:space="preserve"> € 75,00 mensili per due figli che fruiscono del servizio;</w:t>
      </w:r>
    </w:p>
    <w:p w14:paraId="2C4C0CBA" w14:textId="77777777" w:rsidR="00831800" w:rsidRPr="00B045D9" w:rsidRDefault="00000000">
      <w:pPr>
        <w:ind w:left="227"/>
        <w:rPr>
          <w:spacing w:val="-1"/>
          <w:lang w:val="it-IT"/>
        </w:rPr>
      </w:pPr>
      <w:r w:rsidRPr="00B045D9">
        <w:rPr>
          <w:rFonts w:ascii="Segoe UI Symbol" w:hAnsi="Segoe UI Symbol" w:cs="Segoe UI Symbol"/>
          <w:spacing w:val="-1"/>
          <w:lang w:val="it-IT"/>
        </w:rPr>
        <w:t>☐</w:t>
      </w:r>
      <w:r w:rsidRPr="00B045D9">
        <w:rPr>
          <w:spacing w:val="-1"/>
          <w:lang w:val="it-IT"/>
        </w:rPr>
        <w:t xml:space="preserve"> € 120,00 mensili per tre figli che fruiscono del servizio;</w:t>
      </w:r>
    </w:p>
    <w:p w14:paraId="7C9114E2" w14:textId="77777777" w:rsidR="00831800" w:rsidRPr="00B045D9" w:rsidRDefault="00000000">
      <w:pPr>
        <w:ind w:left="227"/>
        <w:rPr>
          <w:spacing w:val="-1"/>
          <w:lang w:val="it-IT"/>
        </w:rPr>
      </w:pPr>
      <w:r w:rsidRPr="00B045D9">
        <w:rPr>
          <w:rFonts w:ascii="Segoe UI Symbol" w:hAnsi="Segoe UI Symbol" w:cs="Segoe UI Symbol"/>
          <w:spacing w:val="-1"/>
          <w:lang w:val="it-IT"/>
        </w:rPr>
        <w:t>☐</w:t>
      </w:r>
      <w:r w:rsidRPr="00B045D9">
        <w:rPr>
          <w:spacing w:val="-1"/>
          <w:lang w:val="it-IT"/>
        </w:rPr>
        <w:t xml:space="preserve"> € 50,00 mensili per gli alunni ai quali sia riconosciuta dalla Commissione Medica A.S.L. invalidità grave ai sensi dell'art. 3, comma 3, della Legge n. 104/1992;</w:t>
      </w:r>
    </w:p>
    <w:p w14:paraId="64DB0FB8" w14:textId="77777777" w:rsidR="00831800" w:rsidRDefault="00000000">
      <w:pPr>
        <w:ind w:left="227"/>
        <w:rPr>
          <w:spacing w:val="-1"/>
          <w:lang w:val="it-IT"/>
        </w:rPr>
      </w:pPr>
      <w:r w:rsidRPr="00B045D9">
        <w:rPr>
          <w:rFonts w:ascii="Segoe UI Symbol" w:hAnsi="Segoe UI Symbol" w:cs="Segoe UI Symbol"/>
          <w:spacing w:val="-1"/>
          <w:lang w:val="it-IT"/>
        </w:rPr>
        <w:t>☐</w:t>
      </w:r>
      <w:r w:rsidRPr="00B045D9">
        <w:rPr>
          <w:spacing w:val="-1"/>
          <w:lang w:val="it-IT"/>
        </w:rPr>
        <w:t xml:space="preserve"> € 50,00 mensili per gli alunni orfani, anche di un solo genitore.</w:t>
      </w:r>
    </w:p>
    <w:p w14:paraId="31FE9E8E" w14:textId="77777777" w:rsidR="00B045D9" w:rsidRPr="00B045D9" w:rsidRDefault="00B045D9">
      <w:pPr>
        <w:ind w:left="227"/>
        <w:rPr>
          <w:spacing w:val="-1"/>
          <w:lang w:val="it-IT"/>
        </w:rPr>
      </w:pPr>
    </w:p>
    <w:p w14:paraId="42F6FC28" w14:textId="77777777" w:rsidR="00831800" w:rsidRPr="00F16718" w:rsidRDefault="00000000">
      <w:pPr>
        <w:jc w:val="center"/>
        <w:rPr>
          <w:b/>
          <w:bCs/>
          <w:spacing w:val="-1"/>
          <w:sz w:val="24"/>
          <w:szCs w:val="24"/>
          <w:lang w:val="it-IT"/>
        </w:rPr>
      </w:pPr>
      <w:r w:rsidRPr="00F16718">
        <w:rPr>
          <w:b/>
          <w:bCs/>
          <w:spacing w:val="-1"/>
          <w:sz w:val="24"/>
          <w:szCs w:val="24"/>
          <w:lang w:val="it-IT"/>
        </w:rPr>
        <w:t>A TAL FINE DICHIARA</w:t>
      </w:r>
    </w:p>
    <w:p w14:paraId="20A963EF" w14:textId="77777777" w:rsidR="00B045D9" w:rsidRPr="00B045D9" w:rsidRDefault="00B045D9">
      <w:pPr>
        <w:jc w:val="center"/>
        <w:rPr>
          <w:b/>
          <w:bCs/>
          <w:spacing w:val="-1"/>
          <w:lang w:val="it-IT"/>
        </w:rPr>
      </w:pPr>
    </w:p>
    <w:p w14:paraId="18345D1B" w14:textId="6AF61EE2" w:rsidR="00831800" w:rsidRPr="00B045D9" w:rsidRDefault="00000000">
      <w:pPr>
        <w:ind w:left="227"/>
        <w:rPr>
          <w:spacing w:val="-1"/>
          <w:lang w:val="it-IT"/>
        </w:rPr>
      </w:pPr>
      <w:r w:rsidRPr="00B045D9">
        <w:rPr>
          <w:rFonts w:ascii="Segoe UI Symbol" w:hAnsi="Segoe UI Symbol" w:cs="Segoe UI Symbol"/>
          <w:spacing w:val="-1"/>
          <w:lang w:val="it-IT"/>
        </w:rPr>
        <w:t>☐</w:t>
      </w:r>
      <w:r w:rsidRPr="00B045D9">
        <w:rPr>
          <w:spacing w:val="-1"/>
          <w:lang w:val="it-IT"/>
        </w:rPr>
        <w:t xml:space="preserve"> che l'alunno/gli alunni frequenta/frequentano </w:t>
      </w:r>
      <w:r w:rsidR="004657EF">
        <w:rPr>
          <w:spacing w:val="-1"/>
          <w:lang w:val="it-IT"/>
        </w:rPr>
        <w:t xml:space="preserve">la </w:t>
      </w:r>
      <w:r w:rsidRPr="00B045D9">
        <w:rPr>
          <w:spacing w:val="-1"/>
          <w:lang w:val="it-IT"/>
        </w:rPr>
        <w:t>Scuola Primaria</w:t>
      </w:r>
      <w:r w:rsidR="00C74FC5">
        <w:rPr>
          <w:spacing w:val="-1"/>
          <w:lang w:val="it-IT"/>
        </w:rPr>
        <w:t xml:space="preserve"> </w:t>
      </w:r>
      <w:r w:rsidRPr="00B045D9">
        <w:rPr>
          <w:spacing w:val="-1"/>
          <w:lang w:val="it-IT"/>
        </w:rPr>
        <w:t>ubicata nel Comune di Sassano;</w:t>
      </w:r>
    </w:p>
    <w:p w14:paraId="2BE48EBB" w14:textId="77777777" w:rsidR="00831800" w:rsidRPr="00B045D9" w:rsidRDefault="00000000">
      <w:pPr>
        <w:ind w:left="227"/>
        <w:rPr>
          <w:spacing w:val="-1"/>
          <w:lang w:val="it-IT"/>
        </w:rPr>
      </w:pPr>
      <w:r w:rsidRPr="00B045D9">
        <w:rPr>
          <w:rFonts w:ascii="Segoe UI Symbol" w:hAnsi="Segoe UI Symbol" w:cs="Segoe UI Symbol"/>
          <w:spacing w:val="-1"/>
          <w:lang w:val="it-IT"/>
        </w:rPr>
        <w:t>☐</w:t>
      </w:r>
      <w:r w:rsidRPr="00B045D9">
        <w:rPr>
          <w:spacing w:val="-1"/>
          <w:lang w:val="it-IT"/>
        </w:rPr>
        <w:t xml:space="preserve"> che l'abitazione è situata ad una distanza di almeno 500 metri dal plesso scolastico frequentato;</w:t>
      </w:r>
    </w:p>
    <w:p w14:paraId="7A445F11" w14:textId="77777777" w:rsidR="00831800" w:rsidRDefault="00000000">
      <w:pPr>
        <w:ind w:left="227"/>
        <w:rPr>
          <w:spacing w:val="-1"/>
          <w:lang w:val="it-IT"/>
        </w:rPr>
      </w:pPr>
      <w:r w:rsidRPr="00B045D9">
        <w:rPr>
          <w:rFonts w:ascii="Segoe UI Symbol" w:hAnsi="Segoe UI Symbol" w:cs="Segoe UI Symbol"/>
          <w:spacing w:val="-1"/>
          <w:lang w:val="it-IT"/>
        </w:rPr>
        <w:t>☐</w:t>
      </w:r>
      <w:r w:rsidRPr="00B045D9">
        <w:rPr>
          <w:spacing w:val="-1"/>
          <w:lang w:val="it-IT"/>
        </w:rPr>
        <w:t xml:space="preserve"> che per il trasporto viene utilizzato un servizio di trasporto urbano pubblico di linea oppure un servizio privato di trasporto pubblico di persone debitamente autorizzato/NCC.</w:t>
      </w:r>
    </w:p>
    <w:p w14:paraId="307004D8" w14:textId="77777777" w:rsidR="00B045D9" w:rsidRPr="00B045D9" w:rsidRDefault="00B045D9">
      <w:pPr>
        <w:ind w:left="227"/>
        <w:rPr>
          <w:spacing w:val="-1"/>
          <w:lang w:val="it-IT"/>
        </w:rPr>
      </w:pPr>
    </w:p>
    <w:p w14:paraId="2C0005CA" w14:textId="77777777" w:rsidR="00831800" w:rsidRDefault="00000000">
      <w:pPr>
        <w:rPr>
          <w:spacing w:val="-1"/>
          <w:lang w:val="it-IT"/>
        </w:rPr>
      </w:pPr>
      <w:r w:rsidRPr="00B045D9">
        <w:rPr>
          <w:spacing w:val="-1"/>
          <w:lang w:val="it-IT"/>
        </w:rPr>
        <w:t>Ditta/gestore del servizio di trasporto ______________________________</w:t>
      </w:r>
    </w:p>
    <w:p w14:paraId="647B89E0" w14:textId="77777777" w:rsidR="00B045D9" w:rsidRPr="00B045D9" w:rsidRDefault="00B045D9">
      <w:pPr>
        <w:rPr>
          <w:spacing w:val="-1"/>
          <w:lang w:val="it-IT"/>
        </w:rPr>
      </w:pPr>
    </w:p>
    <w:p w14:paraId="17EADE8B" w14:textId="77777777" w:rsidR="00831800" w:rsidRDefault="00000000">
      <w:pPr>
        <w:rPr>
          <w:spacing w:val="-1"/>
          <w:lang w:val="it-IT"/>
        </w:rPr>
      </w:pPr>
      <w:r w:rsidRPr="00B045D9">
        <w:rPr>
          <w:spacing w:val="-1"/>
          <w:lang w:val="it-IT"/>
        </w:rPr>
        <w:t>Il contributo è richiesto a decorrere dal mese di ____________________</w:t>
      </w:r>
    </w:p>
    <w:p w14:paraId="2FC67658" w14:textId="77777777" w:rsidR="00B045D9" w:rsidRPr="00B045D9" w:rsidRDefault="00B045D9">
      <w:pPr>
        <w:rPr>
          <w:spacing w:val="-1"/>
          <w:lang w:val="it-IT"/>
        </w:rPr>
      </w:pPr>
    </w:p>
    <w:p w14:paraId="28682AE7" w14:textId="77777777" w:rsidR="00831800" w:rsidRDefault="00000000">
      <w:pPr>
        <w:rPr>
          <w:spacing w:val="-1"/>
          <w:lang w:val="it-IT"/>
        </w:rPr>
      </w:pPr>
      <w:r w:rsidRPr="00B045D9">
        <w:rPr>
          <w:spacing w:val="-1"/>
          <w:lang w:val="it-IT"/>
        </w:rPr>
        <w:t>Il/La richiedente prende atto che il contributo spetta per ogni mese in cui il servizio è stato effettivamente utilizzato e che, in caso di sola corsa di andata o di ritorno, ovvero di utilizzo per meno di 15 giorni nel mese, il contributo è ridotto della metà.</w:t>
      </w:r>
    </w:p>
    <w:p w14:paraId="5EA37303" w14:textId="77777777" w:rsidR="00B045D9" w:rsidRPr="00B045D9" w:rsidRDefault="00B045D9">
      <w:pPr>
        <w:rPr>
          <w:spacing w:val="-1"/>
          <w:lang w:val="it-IT"/>
        </w:rPr>
      </w:pPr>
    </w:p>
    <w:p w14:paraId="34352D56" w14:textId="7D8F7FC3" w:rsidR="00B045D9" w:rsidRDefault="00B045D9">
      <w:pPr>
        <w:rPr>
          <w:spacing w:val="-1"/>
          <w:lang w:val="it-IT"/>
        </w:rPr>
      </w:pPr>
      <w:r w:rsidRPr="00B045D9">
        <w:rPr>
          <w:spacing w:val="-1"/>
          <w:lang w:val="it-IT"/>
        </w:rPr>
        <w:t>Ai fini dell’erogazione del contributo dovranno essere presentate le fatture relative al servizio di trasporto scolastico, intestate al genitore/tutore richiedente e attestanti le spese effettivamente sostenute.</w:t>
      </w:r>
    </w:p>
    <w:p w14:paraId="6000DB38" w14:textId="77777777" w:rsidR="00B045D9" w:rsidRPr="00B045D9" w:rsidRDefault="00B045D9">
      <w:pPr>
        <w:rPr>
          <w:spacing w:val="-1"/>
          <w:lang w:val="it-IT"/>
        </w:rPr>
      </w:pPr>
    </w:p>
    <w:p w14:paraId="2771893C" w14:textId="77777777" w:rsidR="00831800" w:rsidRPr="00F16718" w:rsidRDefault="00000000">
      <w:pPr>
        <w:rPr>
          <w:b/>
          <w:bCs/>
          <w:spacing w:val="-1"/>
          <w:szCs w:val="20"/>
          <w:lang w:val="it-IT"/>
        </w:rPr>
      </w:pPr>
      <w:r w:rsidRPr="00F16718">
        <w:rPr>
          <w:b/>
          <w:bCs/>
          <w:spacing w:val="-1"/>
          <w:szCs w:val="20"/>
          <w:lang w:val="it-IT"/>
        </w:rPr>
        <w:t>IN ALLEGATO:</w:t>
      </w:r>
    </w:p>
    <w:p w14:paraId="2709BE84" w14:textId="77777777" w:rsidR="00B045D9" w:rsidRPr="00B045D9" w:rsidRDefault="00B045D9">
      <w:pPr>
        <w:rPr>
          <w:spacing w:val="-1"/>
          <w:lang w:val="it-IT"/>
        </w:rPr>
      </w:pPr>
    </w:p>
    <w:p w14:paraId="49AA791F" w14:textId="77777777" w:rsidR="00831800" w:rsidRPr="00B045D9" w:rsidRDefault="00000000">
      <w:pPr>
        <w:ind w:left="227"/>
        <w:rPr>
          <w:spacing w:val="-1"/>
          <w:lang w:val="it-IT"/>
        </w:rPr>
      </w:pPr>
      <w:r w:rsidRPr="00B045D9">
        <w:rPr>
          <w:rFonts w:ascii="Segoe UI Symbol" w:hAnsi="Segoe UI Symbol" w:cs="Segoe UI Symbol"/>
          <w:spacing w:val="-1"/>
          <w:lang w:val="it-IT"/>
        </w:rPr>
        <w:t>☐</w:t>
      </w:r>
      <w:r w:rsidRPr="00B045D9">
        <w:rPr>
          <w:spacing w:val="-1"/>
          <w:lang w:val="it-IT"/>
        </w:rPr>
        <w:t xml:space="preserve"> copia del documento di riconoscimento del richiedente;</w:t>
      </w:r>
    </w:p>
    <w:p w14:paraId="2BF56830" w14:textId="77777777" w:rsidR="00831800" w:rsidRPr="00B045D9" w:rsidRDefault="00000000">
      <w:pPr>
        <w:ind w:left="227"/>
        <w:rPr>
          <w:spacing w:val="-1"/>
          <w:lang w:val="it-IT"/>
        </w:rPr>
      </w:pPr>
      <w:r w:rsidRPr="00B045D9">
        <w:rPr>
          <w:rFonts w:ascii="Segoe UI Symbol" w:hAnsi="Segoe UI Symbol" w:cs="Segoe UI Symbol"/>
          <w:spacing w:val="-1"/>
          <w:lang w:val="it-IT"/>
        </w:rPr>
        <w:t>☐</w:t>
      </w:r>
      <w:r w:rsidRPr="00B045D9">
        <w:rPr>
          <w:spacing w:val="-1"/>
          <w:lang w:val="it-IT"/>
        </w:rPr>
        <w:t xml:space="preserve"> eventuale documentazione relativa alla Legge n. 104/1992;</w:t>
      </w:r>
    </w:p>
    <w:p w14:paraId="00AACFAF" w14:textId="77777777" w:rsidR="00831800" w:rsidRDefault="00000000">
      <w:pPr>
        <w:ind w:left="227"/>
        <w:rPr>
          <w:spacing w:val="-1"/>
          <w:lang w:val="it-IT"/>
        </w:rPr>
      </w:pPr>
      <w:r w:rsidRPr="00B045D9">
        <w:rPr>
          <w:rFonts w:ascii="Segoe UI Symbol" w:hAnsi="Segoe UI Symbol" w:cs="Segoe UI Symbol"/>
          <w:spacing w:val="-1"/>
          <w:lang w:val="it-IT"/>
        </w:rPr>
        <w:t>☐</w:t>
      </w:r>
      <w:r w:rsidRPr="00B045D9">
        <w:rPr>
          <w:spacing w:val="-1"/>
          <w:lang w:val="it-IT"/>
        </w:rPr>
        <w:t xml:space="preserve"> eventuale altra documentazione: ________________________________.</w:t>
      </w:r>
    </w:p>
    <w:p w14:paraId="04652731" w14:textId="77777777" w:rsidR="00B045D9" w:rsidRPr="00B045D9" w:rsidRDefault="00B045D9">
      <w:pPr>
        <w:ind w:left="227"/>
        <w:rPr>
          <w:spacing w:val="-1"/>
          <w:lang w:val="it-IT"/>
        </w:rPr>
      </w:pPr>
    </w:p>
    <w:p w14:paraId="33EE22AC" w14:textId="77777777" w:rsidR="00831800" w:rsidRPr="00B045D9" w:rsidRDefault="00831800">
      <w:pPr>
        <w:rPr>
          <w:spacing w:val="-1"/>
          <w:lang w:val="it-IT"/>
        </w:rPr>
      </w:pPr>
    </w:p>
    <w:p w14:paraId="51B4FFDE" w14:textId="77777777" w:rsidR="00831800" w:rsidRPr="00B045D9" w:rsidRDefault="00000000">
      <w:pPr>
        <w:rPr>
          <w:spacing w:val="-1"/>
          <w:lang w:val="it-IT"/>
        </w:rPr>
      </w:pPr>
      <w:r w:rsidRPr="00B045D9">
        <w:rPr>
          <w:spacing w:val="-1"/>
          <w:lang w:val="it-IT"/>
        </w:rPr>
        <w:t>Sassano, ____/____/________</w:t>
      </w:r>
    </w:p>
    <w:p w14:paraId="601E700B" w14:textId="77777777" w:rsidR="00B045D9" w:rsidRPr="00F16718" w:rsidRDefault="00000000">
      <w:pPr>
        <w:jc w:val="right"/>
        <w:rPr>
          <w:b/>
          <w:bCs/>
          <w:spacing w:val="-1"/>
          <w:lang w:val="it-IT"/>
        </w:rPr>
      </w:pPr>
      <w:r w:rsidRPr="00F16718">
        <w:rPr>
          <w:b/>
          <w:bCs/>
          <w:spacing w:val="-1"/>
          <w:lang w:val="it-IT"/>
        </w:rPr>
        <w:t>FIRMA DEL RICHIEDENTE</w:t>
      </w:r>
    </w:p>
    <w:p w14:paraId="27C8D5C2" w14:textId="2C15EC7E" w:rsidR="00831800" w:rsidRPr="00F16718" w:rsidRDefault="00000000">
      <w:pPr>
        <w:jc w:val="right"/>
        <w:rPr>
          <w:b/>
          <w:bCs/>
          <w:spacing w:val="-1"/>
          <w:lang w:val="it-IT"/>
        </w:rPr>
      </w:pPr>
      <w:r w:rsidRPr="00F16718">
        <w:rPr>
          <w:b/>
          <w:bCs/>
          <w:spacing w:val="-1"/>
          <w:lang w:val="it-IT"/>
        </w:rPr>
        <w:br/>
      </w:r>
      <w:r w:rsidRPr="00F16718">
        <w:rPr>
          <w:b/>
          <w:bCs/>
          <w:spacing w:val="-1"/>
          <w:lang w:val="it-IT"/>
        </w:rPr>
        <w:br/>
        <w:t>______________________________</w:t>
      </w:r>
    </w:p>
    <w:sectPr w:rsidR="00831800" w:rsidRPr="00F16718" w:rsidSect="00034616"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A3699" w14:textId="77777777" w:rsidR="004F4E88" w:rsidRDefault="004F4E88" w:rsidP="00F16718">
      <w:pPr>
        <w:spacing w:after="0"/>
      </w:pPr>
      <w:r>
        <w:separator/>
      </w:r>
    </w:p>
  </w:endnote>
  <w:endnote w:type="continuationSeparator" w:id="0">
    <w:p w14:paraId="0BAED93A" w14:textId="77777777" w:rsidR="004F4E88" w:rsidRDefault="004F4E88" w:rsidP="00F1671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96541" w14:textId="77777777" w:rsidR="004F4E88" w:rsidRDefault="004F4E88" w:rsidP="00F16718">
      <w:pPr>
        <w:spacing w:after="0"/>
      </w:pPr>
      <w:r>
        <w:separator/>
      </w:r>
    </w:p>
  </w:footnote>
  <w:footnote w:type="continuationSeparator" w:id="0">
    <w:p w14:paraId="1D3C6EA0" w14:textId="77777777" w:rsidR="004F4E88" w:rsidRDefault="004F4E88" w:rsidP="00F1671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7630092">
    <w:abstractNumId w:val="8"/>
  </w:num>
  <w:num w:numId="2" w16cid:durableId="899678236">
    <w:abstractNumId w:val="6"/>
  </w:num>
  <w:num w:numId="3" w16cid:durableId="453139114">
    <w:abstractNumId w:val="5"/>
  </w:num>
  <w:num w:numId="4" w16cid:durableId="952715187">
    <w:abstractNumId w:val="4"/>
  </w:num>
  <w:num w:numId="5" w16cid:durableId="1140145811">
    <w:abstractNumId w:val="7"/>
  </w:num>
  <w:num w:numId="6" w16cid:durableId="589779052">
    <w:abstractNumId w:val="3"/>
  </w:num>
  <w:num w:numId="7" w16cid:durableId="514463814">
    <w:abstractNumId w:val="2"/>
  </w:num>
  <w:num w:numId="8" w16cid:durableId="1045637948">
    <w:abstractNumId w:val="1"/>
  </w:num>
  <w:num w:numId="9" w16cid:durableId="1643465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537A"/>
    <w:rsid w:val="0015074B"/>
    <w:rsid w:val="0029639D"/>
    <w:rsid w:val="00326F90"/>
    <w:rsid w:val="004657EF"/>
    <w:rsid w:val="004F4E88"/>
    <w:rsid w:val="0076600A"/>
    <w:rsid w:val="00831800"/>
    <w:rsid w:val="00AA1D8D"/>
    <w:rsid w:val="00AB4AC7"/>
    <w:rsid w:val="00AC4BD3"/>
    <w:rsid w:val="00B045D9"/>
    <w:rsid w:val="00B47730"/>
    <w:rsid w:val="00C74FC5"/>
    <w:rsid w:val="00CB0664"/>
    <w:rsid w:val="00F1671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CE65C8"/>
  <w14:defaultImageDpi w14:val="300"/>
  <w15:docId w15:val="{A3BCC014-ED64-4B2D-9BCC-14C3EF90A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60" w:line="240" w:lineRule="auto"/>
    </w:pPr>
    <w:rPr>
      <w:rFonts w:ascii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485</Words>
  <Characters>2765</Characters>
  <Application>Microsoft Office Word</Application>
  <DocSecurity>0</DocSecurity>
  <Lines>23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3244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Segreteria ufficio</cp:lastModifiedBy>
  <cp:revision>4</cp:revision>
  <cp:lastPrinted>2026-09-29T11:38:00Z</cp:lastPrinted>
  <dcterms:created xsi:type="dcterms:W3CDTF">2026-09-29T11:53:00Z</dcterms:created>
  <dcterms:modified xsi:type="dcterms:W3CDTF">2026-09-29T16:44:00Z</dcterms:modified>
  <cp:category/>
</cp:coreProperties>
</file>