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702E0" w14:textId="77777777" w:rsidR="0086506E" w:rsidRPr="00B045D9" w:rsidRDefault="0086506E" w:rsidP="0086506E">
      <w:pPr>
        <w:jc w:val="center"/>
        <w:rPr>
          <w:lang w:val="it-IT"/>
        </w:rPr>
      </w:pPr>
      <w:r>
        <w:rPr>
          <w:b/>
          <w:noProof/>
          <w:sz w:val="32"/>
          <w:lang w:val="it-IT"/>
        </w:rPr>
        <w:drawing>
          <wp:anchor distT="0" distB="0" distL="114300" distR="114300" simplePos="0" relativeHeight="251659264" behindDoc="1" locked="0" layoutInCell="1" allowOverlap="1" wp14:anchorId="7E95ACBD" wp14:editId="0F679539">
            <wp:simplePos x="0" y="0"/>
            <wp:positionH relativeFrom="margin">
              <wp:posOffset>2887980</wp:posOffset>
            </wp:positionH>
            <wp:positionV relativeFrom="paragraph">
              <wp:posOffset>-430530</wp:posOffset>
            </wp:positionV>
            <wp:extent cx="784860" cy="1035050"/>
            <wp:effectExtent l="0" t="0" r="0" b="0"/>
            <wp:wrapTopAndBottom/>
            <wp:docPr id="1192363813" name="Immagine 1" descr="http://upload.wikimedia.org/wikipedia/it/0/03/Sassano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it/0/03/Sassano-Stemm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45D9">
        <w:rPr>
          <w:b/>
          <w:sz w:val="32"/>
          <w:lang w:val="it-IT"/>
        </w:rPr>
        <w:t>COMUNE DI SASSANO</w:t>
      </w:r>
    </w:p>
    <w:p w14:paraId="6DB61879" w14:textId="77777777" w:rsidR="0086506E" w:rsidRPr="00B045D9" w:rsidRDefault="0086506E" w:rsidP="0086506E">
      <w:pPr>
        <w:spacing w:after="0"/>
        <w:jc w:val="center"/>
        <w:rPr>
          <w:lang w:val="it-IT"/>
        </w:rPr>
      </w:pPr>
      <w:r w:rsidRPr="00B045D9">
        <w:rPr>
          <w:b/>
          <w:sz w:val="22"/>
          <w:lang w:val="it-IT"/>
        </w:rPr>
        <w:t>PROVINCIA DI SALERNO</w:t>
      </w:r>
    </w:p>
    <w:p w14:paraId="7DD5D6A2" w14:textId="77777777" w:rsidR="0086506E" w:rsidRPr="00B045D9" w:rsidRDefault="0086506E" w:rsidP="0086506E">
      <w:pPr>
        <w:spacing w:after="0"/>
        <w:jc w:val="center"/>
        <w:rPr>
          <w:lang w:val="it-IT"/>
        </w:rPr>
      </w:pPr>
      <w:r w:rsidRPr="00B045D9">
        <w:rPr>
          <w:sz w:val="17"/>
          <w:lang w:val="it-IT"/>
        </w:rPr>
        <w:t>Via Croce - 84038 SASSANO (SA) - Tel. 0975/78809 - 78849 - Fax 0975/518946</w:t>
      </w:r>
    </w:p>
    <w:p w14:paraId="0F980EA6" w14:textId="77777777" w:rsidR="0086506E" w:rsidRPr="00B045D9" w:rsidRDefault="0086506E" w:rsidP="0086506E">
      <w:pPr>
        <w:jc w:val="center"/>
        <w:rPr>
          <w:lang w:val="it-IT"/>
        </w:rPr>
      </w:pPr>
      <w:r w:rsidRPr="00B045D9">
        <w:rPr>
          <w:sz w:val="17"/>
          <w:lang w:val="it-IT"/>
        </w:rPr>
        <w:t>e-mail: info@comune.sassano.sa.it - PEC: protocollo.sassano@asmepec.it</w:t>
      </w:r>
    </w:p>
    <w:p w14:paraId="5B355E82" w14:textId="3B686830" w:rsidR="00AD4783" w:rsidRPr="0086506E" w:rsidRDefault="00FF5E3A" w:rsidP="0086506E">
      <w:pPr>
        <w:spacing w:after="0"/>
        <w:jc w:val="center"/>
        <w:rPr>
          <w:b/>
          <w:sz w:val="24"/>
          <w:szCs w:val="24"/>
          <w:lang w:val="it-IT"/>
        </w:rPr>
      </w:pPr>
      <w:r w:rsidRPr="0086506E">
        <w:rPr>
          <w:b/>
          <w:sz w:val="24"/>
          <w:szCs w:val="24"/>
          <w:lang w:val="it-IT"/>
        </w:rPr>
        <w:t>DOMANDA DI CONTRIBUTO COMUNALE PER IL SERVIZIO DI TRASPORTO SCOLASTICO</w:t>
      </w:r>
      <w:r w:rsidR="0086506E" w:rsidRPr="0086506E">
        <w:rPr>
          <w:b/>
          <w:sz w:val="24"/>
          <w:szCs w:val="24"/>
          <w:lang w:val="it-IT"/>
        </w:rPr>
        <w:t xml:space="preserve"> A.S. 2026/2027 - </w:t>
      </w:r>
      <w:r w:rsidRPr="0086506E">
        <w:rPr>
          <w:b/>
          <w:sz w:val="24"/>
          <w:szCs w:val="24"/>
          <w:lang w:val="it-IT"/>
        </w:rPr>
        <w:t>ZONA MONTANA</w:t>
      </w:r>
    </w:p>
    <w:p w14:paraId="37ABD3D3" w14:textId="77777777" w:rsidR="0086506E" w:rsidRPr="0086506E" w:rsidRDefault="0086506E" w:rsidP="0086506E">
      <w:pPr>
        <w:spacing w:after="0"/>
        <w:rPr>
          <w:b/>
          <w:sz w:val="26"/>
          <w:lang w:val="it-IT"/>
        </w:rPr>
      </w:pPr>
    </w:p>
    <w:p w14:paraId="66E4566A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Il/La sottoscritto/a _______________________________________________________</w:t>
      </w:r>
    </w:p>
    <w:p w14:paraId="60D41E50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C.F. ___________________________________</w:t>
      </w:r>
    </w:p>
    <w:p w14:paraId="449BBBED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nato/a </w:t>
      </w:r>
      <w:proofErr w:type="spellStart"/>
      <w:r w:rsidRPr="0086506E">
        <w:rPr>
          <w:lang w:val="it-IT"/>
        </w:rPr>
        <w:t>a</w:t>
      </w:r>
      <w:proofErr w:type="spellEnd"/>
      <w:r w:rsidRPr="0086506E">
        <w:rPr>
          <w:lang w:val="it-IT"/>
        </w:rPr>
        <w:t xml:space="preserve"> ________________________________________</w:t>
      </w:r>
    </w:p>
    <w:p w14:paraId="25855D46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il ____________________</w:t>
      </w:r>
    </w:p>
    <w:p w14:paraId="085808AC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residente a Sassano in Via/Piazza ______________________________</w:t>
      </w:r>
    </w:p>
    <w:p w14:paraId="3451517A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n. __________</w:t>
      </w:r>
    </w:p>
    <w:p w14:paraId="2EAF887E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Tel./Cell. _________________________</w:t>
      </w:r>
    </w:p>
    <w:p w14:paraId="1F141514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in qualità di genitore/tutore del/dei seguente/i alunno/i:</w:t>
      </w:r>
    </w:p>
    <w:p w14:paraId="607968CB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1. Nome e cognome ________________________________________</w:t>
      </w:r>
    </w:p>
    <w:p w14:paraId="2CB62D5B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C.F. ______________________________</w:t>
      </w:r>
    </w:p>
    <w:p w14:paraId="63F6CE54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nato/a </w:t>
      </w:r>
      <w:proofErr w:type="spellStart"/>
      <w:r w:rsidRPr="0086506E">
        <w:rPr>
          <w:lang w:val="it-IT"/>
        </w:rPr>
        <w:t>a</w:t>
      </w:r>
      <w:proofErr w:type="spellEnd"/>
      <w:r w:rsidRPr="0086506E">
        <w:rPr>
          <w:lang w:val="it-IT"/>
        </w:rPr>
        <w:t xml:space="preserve"> ______________________________</w:t>
      </w:r>
    </w:p>
    <w:p w14:paraId="0E56574B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il __________________</w:t>
      </w:r>
    </w:p>
    <w:p w14:paraId="215F8581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scuola frequentata ____________________________</w:t>
      </w:r>
    </w:p>
    <w:p w14:paraId="6891749C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plesso di ____________________________</w:t>
      </w:r>
    </w:p>
    <w:p w14:paraId="2F338134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classe/sezione __________________</w:t>
      </w:r>
    </w:p>
    <w:p w14:paraId="65F07D62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2. Nome e cognome ________________________________________</w:t>
      </w:r>
    </w:p>
    <w:p w14:paraId="5606FC1B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C.F. ______________________________</w:t>
      </w:r>
    </w:p>
    <w:p w14:paraId="65027A0A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nato/a </w:t>
      </w:r>
      <w:proofErr w:type="spellStart"/>
      <w:r w:rsidRPr="0086506E">
        <w:rPr>
          <w:lang w:val="it-IT"/>
        </w:rPr>
        <w:t>a</w:t>
      </w:r>
      <w:proofErr w:type="spellEnd"/>
      <w:r w:rsidRPr="0086506E">
        <w:rPr>
          <w:lang w:val="it-IT"/>
        </w:rPr>
        <w:t xml:space="preserve"> ______________________________</w:t>
      </w:r>
    </w:p>
    <w:p w14:paraId="2B10B07E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il __________________</w:t>
      </w:r>
    </w:p>
    <w:p w14:paraId="3A4FA9F7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scuola frequentata ____________________________</w:t>
      </w:r>
    </w:p>
    <w:p w14:paraId="1D383A8E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plesso di ____________________________</w:t>
      </w:r>
    </w:p>
    <w:p w14:paraId="112B1A8D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lastRenderedPageBreak/>
        <w:t xml:space="preserve">   classe/sezione __________________</w:t>
      </w:r>
    </w:p>
    <w:p w14:paraId="3DA65935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3. Nome e cognome ________________________________________</w:t>
      </w:r>
    </w:p>
    <w:p w14:paraId="31B912C2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C.F. ______________________________</w:t>
      </w:r>
    </w:p>
    <w:p w14:paraId="2411616A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nato/a </w:t>
      </w:r>
      <w:proofErr w:type="spellStart"/>
      <w:r w:rsidRPr="0086506E">
        <w:rPr>
          <w:lang w:val="it-IT"/>
        </w:rPr>
        <w:t>a</w:t>
      </w:r>
      <w:proofErr w:type="spellEnd"/>
      <w:r w:rsidRPr="0086506E">
        <w:rPr>
          <w:lang w:val="it-IT"/>
        </w:rPr>
        <w:t xml:space="preserve"> ______________________________</w:t>
      </w:r>
    </w:p>
    <w:p w14:paraId="49D2D72E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il __________________</w:t>
      </w:r>
    </w:p>
    <w:p w14:paraId="3895D7FA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scuola frequentata ____________________________</w:t>
      </w:r>
    </w:p>
    <w:p w14:paraId="678B6A9C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plesso di ____________________________</w:t>
      </w:r>
    </w:p>
    <w:p w14:paraId="6A85C5E0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 xml:space="preserve">   classe/sezione __________________</w:t>
      </w:r>
    </w:p>
    <w:p w14:paraId="29050F19" w14:textId="77777777" w:rsidR="00AD4783" w:rsidRPr="0086506E" w:rsidRDefault="00FF5E3A">
      <w:pPr>
        <w:jc w:val="center"/>
        <w:rPr>
          <w:b/>
          <w:bCs/>
          <w:sz w:val="24"/>
          <w:szCs w:val="24"/>
          <w:lang w:val="it-IT"/>
        </w:rPr>
      </w:pPr>
      <w:r w:rsidRPr="0086506E">
        <w:rPr>
          <w:b/>
          <w:bCs/>
          <w:sz w:val="24"/>
          <w:szCs w:val="24"/>
          <w:lang w:val="it-IT"/>
        </w:rPr>
        <w:t>CHIEDE</w:t>
      </w:r>
    </w:p>
    <w:p w14:paraId="7A7D3AD5" w14:textId="6630E50F" w:rsidR="00981236" w:rsidRPr="00981236" w:rsidRDefault="00981236" w:rsidP="00981236">
      <w:pPr>
        <w:rPr>
          <w:lang w:val="it-IT"/>
        </w:rPr>
      </w:pPr>
      <w:r w:rsidRPr="00981236">
        <w:rPr>
          <w:lang w:val="it-IT"/>
        </w:rPr>
        <w:t>l’ammissione al contributo comunale a parziale rimborso delle spese sostenute per il trasporto scolastico degli alunni frequentanti le</w:t>
      </w:r>
      <w:r w:rsidR="001642CC">
        <w:rPr>
          <w:lang w:val="it-IT"/>
        </w:rPr>
        <w:t xml:space="preserve"> scuole dell’obbligo</w:t>
      </w:r>
      <w:r w:rsidRPr="00981236">
        <w:rPr>
          <w:lang w:val="it-IT"/>
        </w:rPr>
        <w:t>, residenti nella zona disagiata montana del Comune di Sassano, per l’anno scolastico 2026/2027.</w:t>
      </w:r>
    </w:p>
    <w:p w14:paraId="3146F005" w14:textId="77777777" w:rsidR="00981236" w:rsidRPr="00981236" w:rsidRDefault="00981236" w:rsidP="00981236">
      <w:pPr>
        <w:rPr>
          <w:lang w:val="it-IT"/>
        </w:rPr>
      </w:pPr>
      <w:r w:rsidRPr="00981236">
        <w:rPr>
          <w:lang w:val="it-IT"/>
        </w:rPr>
        <w:t>Il contributo è previsto nella misura di:</w:t>
      </w:r>
    </w:p>
    <w:p w14:paraId="0972C65D" w14:textId="61EB2028" w:rsidR="00981236" w:rsidRPr="00981236" w:rsidRDefault="00981236" w:rsidP="00981236">
      <w:pPr>
        <w:rPr>
          <w:lang w:val="it-IT"/>
        </w:rPr>
      </w:pPr>
      <w:r w:rsidRPr="00981236">
        <w:rPr>
          <w:rFonts w:ascii="Segoe UI Symbol" w:hAnsi="Segoe UI Symbol" w:cs="Segoe UI Symbol"/>
          <w:lang w:val="it-IT"/>
        </w:rPr>
        <w:t>☐</w:t>
      </w:r>
      <w:r w:rsidRPr="00981236">
        <w:rPr>
          <w:lang w:val="it-IT"/>
        </w:rPr>
        <w:t xml:space="preserve"> € 50,00 mensili per un </w:t>
      </w:r>
      <w:r>
        <w:rPr>
          <w:lang w:val="it-IT"/>
        </w:rPr>
        <w:t>figlio</w:t>
      </w:r>
      <w:r w:rsidR="00495DF9">
        <w:rPr>
          <w:lang w:val="it-IT"/>
        </w:rPr>
        <w:t xml:space="preserve"> frequentante la scuola dell’obbligo</w:t>
      </w:r>
      <w:r w:rsidRPr="00981236">
        <w:rPr>
          <w:lang w:val="it-IT"/>
        </w:rPr>
        <w:t>;</w:t>
      </w:r>
    </w:p>
    <w:p w14:paraId="13308966" w14:textId="1A670AD3" w:rsidR="00981236" w:rsidRPr="00981236" w:rsidRDefault="00981236" w:rsidP="00981236">
      <w:pPr>
        <w:rPr>
          <w:lang w:val="it-IT"/>
        </w:rPr>
      </w:pPr>
      <w:r w:rsidRPr="00981236">
        <w:rPr>
          <w:rFonts w:ascii="Segoe UI Symbol" w:hAnsi="Segoe UI Symbol" w:cs="Segoe UI Symbol"/>
          <w:lang w:val="it-IT"/>
        </w:rPr>
        <w:t>☐</w:t>
      </w:r>
      <w:r w:rsidRPr="00981236">
        <w:rPr>
          <w:lang w:val="it-IT"/>
        </w:rPr>
        <w:t xml:space="preserve"> € 75,00 mensili per due figli</w:t>
      </w:r>
      <w:r w:rsidR="00495DF9">
        <w:rPr>
          <w:lang w:val="it-IT"/>
        </w:rPr>
        <w:t xml:space="preserve"> </w:t>
      </w:r>
      <w:r w:rsidR="00495DF9">
        <w:rPr>
          <w:lang w:val="it-IT"/>
        </w:rPr>
        <w:t>frequentant</w:t>
      </w:r>
      <w:r w:rsidR="00495DF9">
        <w:rPr>
          <w:lang w:val="it-IT"/>
        </w:rPr>
        <w:t>i</w:t>
      </w:r>
      <w:r w:rsidR="00495DF9">
        <w:rPr>
          <w:lang w:val="it-IT"/>
        </w:rPr>
        <w:t xml:space="preserve"> la scuola dell’obbligo</w:t>
      </w:r>
      <w:r w:rsidRPr="00981236">
        <w:rPr>
          <w:lang w:val="it-IT"/>
        </w:rPr>
        <w:t>;</w:t>
      </w:r>
    </w:p>
    <w:p w14:paraId="4813B697" w14:textId="157E5CB1" w:rsidR="00981236" w:rsidRPr="00981236" w:rsidRDefault="00981236" w:rsidP="00981236">
      <w:pPr>
        <w:rPr>
          <w:lang w:val="it-IT"/>
        </w:rPr>
      </w:pPr>
      <w:r w:rsidRPr="00981236">
        <w:rPr>
          <w:rFonts w:ascii="Segoe UI Symbol" w:hAnsi="Segoe UI Symbol" w:cs="Segoe UI Symbol"/>
          <w:lang w:val="it-IT"/>
        </w:rPr>
        <w:t>☐</w:t>
      </w:r>
      <w:r w:rsidRPr="00981236">
        <w:rPr>
          <w:lang w:val="it-IT"/>
        </w:rPr>
        <w:t xml:space="preserve"> € 100,00 mensili per tre figli</w:t>
      </w:r>
      <w:r w:rsidR="00495DF9">
        <w:rPr>
          <w:lang w:val="it-IT"/>
        </w:rPr>
        <w:t xml:space="preserve"> o più </w:t>
      </w:r>
      <w:r w:rsidR="00495DF9">
        <w:rPr>
          <w:lang w:val="it-IT"/>
        </w:rPr>
        <w:t>frequentanti la scuola dell’obbligo</w:t>
      </w:r>
      <w:r w:rsidR="00495DF9">
        <w:rPr>
          <w:lang w:val="it-IT"/>
        </w:rPr>
        <w:t>.</w:t>
      </w:r>
    </w:p>
    <w:p w14:paraId="3F3C80B1" w14:textId="77777777" w:rsidR="00AD4783" w:rsidRPr="0086506E" w:rsidRDefault="00FF5E3A" w:rsidP="00981236">
      <w:pPr>
        <w:jc w:val="center"/>
        <w:rPr>
          <w:b/>
          <w:bCs/>
          <w:sz w:val="24"/>
          <w:szCs w:val="24"/>
          <w:lang w:val="it-IT"/>
        </w:rPr>
      </w:pPr>
      <w:r w:rsidRPr="0086506E">
        <w:rPr>
          <w:b/>
          <w:bCs/>
          <w:sz w:val="24"/>
          <w:szCs w:val="24"/>
          <w:lang w:val="it-IT"/>
        </w:rPr>
        <w:t>A TAL FINE DICHIARA</w:t>
      </w:r>
    </w:p>
    <w:p w14:paraId="0F21CF49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☐</w:t>
      </w:r>
      <w:r w:rsidRPr="0086506E">
        <w:rPr>
          <w:lang w:val="it-IT"/>
        </w:rPr>
        <w:t xml:space="preserve"> che l’alunno/gli alunni sopra indicato/i è/sono residente/i nella zona montana interessata dalla tratta Istituto scolastico di Sassano Capoluogo – Via SS. Annunziata – Via Tempa – Via </w:t>
      </w:r>
      <w:proofErr w:type="spellStart"/>
      <w:r w:rsidRPr="0086506E">
        <w:rPr>
          <w:lang w:val="it-IT"/>
        </w:rPr>
        <w:t>Quaddariello</w:t>
      </w:r>
      <w:proofErr w:type="spellEnd"/>
      <w:r w:rsidRPr="0086506E">
        <w:rPr>
          <w:lang w:val="it-IT"/>
        </w:rPr>
        <w:t xml:space="preserve"> – Via Peglio – Via Cerreto;</w:t>
      </w:r>
    </w:p>
    <w:p w14:paraId="1F19D3DA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☐</w:t>
      </w:r>
      <w:r w:rsidRPr="0086506E">
        <w:rPr>
          <w:lang w:val="it-IT"/>
        </w:rPr>
        <w:t xml:space="preserve"> che il percorso interessato non è servito né dal servizio pubblico di linea né da ditte private;</w:t>
      </w:r>
    </w:p>
    <w:p w14:paraId="3CE10BBE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☐</w:t>
      </w:r>
      <w:r w:rsidRPr="0086506E">
        <w:rPr>
          <w:lang w:val="it-IT"/>
        </w:rPr>
        <w:t xml:space="preserve"> che il trasporto scolastico dell’alunno/degli alunni viene effettuato direttamente a cura della famiglia.</w:t>
      </w:r>
    </w:p>
    <w:p w14:paraId="208C3EAF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Il/La richiedente prende atto che la domanda è ammessa a contributo a decorrere dal mese di presentazione della stessa.</w:t>
      </w:r>
    </w:p>
    <w:p w14:paraId="3F4D7E11" w14:textId="77777777" w:rsidR="00AD4783" w:rsidRPr="0086506E" w:rsidRDefault="00FF5E3A">
      <w:pPr>
        <w:rPr>
          <w:b/>
          <w:bCs/>
          <w:lang w:val="it-IT"/>
        </w:rPr>
      </w:pPr>
      <w:r w:rsidRPr="0086506E">
        <w:rPr>
          <w:b/>
          <w:bCs/>
          <w:lang w:val="it-IT"/>
        </w:rPr>
        <w:t>IN ALLEGATO:</w:t>
      </w:r>
    </w:p>
    <w:p w14:paraId="1AEA1863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☐</w:t>
      </w:r>
      <w:r w:rsidRPr="0086506E">
        <w:rPr>
          <w:lang w:val="it-IT"/>
        </w:rPr>
        <w:t xml:space="preserve"> copia del documento di riconoscimento del richiedente;</w:t>
      </w:r>
    </w:p>
    <w:p w14:paraId="21B64903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☐</w:t>
      </w:r>
      <w:r w:rsidRPr="0086506E">
        <w:rPr>
          <w:lang w:val="it-IT"/>
        </w:rPr>
        <w:t xml:space="preserve"> eventuale altra documentazione: ________________________________________________.</w:t>
      </w:r>
    </w:p>
    <w:p w14:paraId="691BB0A9" w14:textId="77777777" w:rsidR="00AD4783" w:rsidRPr="0086506E" w:rsidRDefault="00AD4783">
      <w:pPr>
        <w:rPr>
          <w:lang w:val="it-IT"/>
        </w:rPr>
      </w:pPr>
    </w:p>
    <w:p w14:paraId="6655228D" w14:textId="77777777" w:rsidR="00AD4783" w:rsidRPr="0086506E" w:rsidRDefault="00FF5E3A">
      <w:pPr>
        <w:rPr>
          <w:lang w:val="it-IT"/>
        </w:rPr>
      </w:pPr>
      <w:r w:rsidRPr="0086506E">
        <w:rPr>
          <w:lang w:val="it-IT"/>
        </w:rPr>
        <w:t>Sassano, ____/____/________</w:t>
      </w:r>
    </w:p>
    <w:p w14:paraId="6A856EC6" w14:textId="77777777" w:rsidR="0086506E" w:rsidRDefault="00FF5E3A">
      <w:pPr>
        <w:jc w:val="right"/>
        <w:rPr>
          <w:b/>
          <w:bCs/>
          <w:lang w:val="it-IT"/>
        </w:rPr>
      </w:pPr>
      <w:r w:rsidRPr="0086506E">
        <w:rPr>
          <w:b/>
          <w:bCs/>
          <w:lang w:val="it-IT"/>
        </w:rPr>
        <w:t>FIRMA DEL RICHIEDENTE</w:t>
      </w:r>
      <w:r w:rsidRPr="0086506E">
        <w:rPr>
          <w:b/>
          <w:bCs/>
          <w:lang w:val="it-IT"/>
        </w:rPr>
        <w:br/>
      </w:r>
    </w:p>
    <w:p w14:paraId="6B1B6F49" w14:textId="0697041D" w:rsidR="00AD4783" w:rsidRPr="0086506E" w:rsidRDefault="00FF5E3A">
      <w:pPr>
        <w:jc w:val="right"/>
        <w:rPr>
          <w:b/>
          <w:bCs/>
          <w:lang w:val="it-IT"/>
        </w:rPr>
      </w:pPr>
      <w:r w:rsidRPr="0086506E">
        <w:rPr>
          <w:b/>
          <w:bCs/>
          <w:lang w:val="it-IT"/>
        </w:rPr>
        <w:br/>
        <w:t>______________________________</w:t>
      </w:r>
    </w:p>
    <w:sectPr w:rsidR="00AD4783" w:rsidRPr="0086506E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8E801" w14:textId="77777777" w:rsidR="00FF5E3A" w:rsidRDefault="00FF5E3A" w:rsidP="0086506E">
      <w:pPr>
        <w:spacing w:after="0" w:line="240" w:lineRule="auto"/>
      </w:pPr>
      <w:r>
        <w:separator/>
      </w:r>
    </w:p>
  </w:endnote>
  <w:endnote w:type="continuationSeparator" w:id="0">
    <w:p w14:paraId="5E67315D" w14:textId="77777777" w:rsidR="00FF5E3A" w:rsidRDefault="00FF5E3A" w:rsidP="00865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89492" w14:textId="77777777" w:rsidR="00FF5E3A" w:rsidRDefault="00FF5E3A" w:rsidP="0086506E">
      <w:pPr>
        <w:spacing w:after="0" w:line="240" w:lineRule="auto"/>
      </w:pPr>
      <w:r>
        <w:separator/>
      </w:r>
    </w:p>
  </w:footnote>
  <w:footnote w:type="continuationSeparator" w:id="0">
    <w:p w14:paraId="4A527076" w14:textId="77777777" w:rsidR="00FF5E3A" w:rsidRDefault="00FF5E3A" w:rsidP="00865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3404273">
    <w:abstractNumId w:val="8"/>
  </w:num>
  <w:num w:numId="2" w16cid:durableId="1178155320">
    <w:abstractNumId w:val="6"/>
  </w:num>
  <w:num w:numId="3" w16cid:durableId="1459570907">
    <w:abstractNumId w:val="5"/>
  </w:num>
  <w:num w:numId="4" w16cid:durableId="994648839">
    <w:abstractNumId w:val="4"/>
  </w:num>
  <w:num w:numId="5" w16cid:durableId="2099279215">
    <w:abstractNumId w:val="7"/>
  </w:num>
  <w:num w:numId="6" w16cid:durableId="2068991611">
    <w:abstractNumId w:val="3"/>
  </w:num>
  <w:num w:numId="7" w16cid:durableId="416825603">
    <w:abstractNumId w:val="2"/>
  </w:num>
  <w:num w:numId="8" w16cid:durableId="804202379">
    <w:abstractNumId w:val="1"/>
  </w:num>
  <w:num w:numId="9" w16cid:durableId="1396471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42CC"/>
    <w:rsid w:val="0029639D"/>
    <w:rsid w:val="00326F90"/>
    <w:rsid w:val="00495DF9"/>
    <w:rsid w:val="00570C37"/>
    <w:rsid w:val="0076600A"/>
    <w:rsid w:val="0086506E"/>
    <w:rsid w:val="008A1424"/>
    <w:rsid w:val="009130C5"/>
    <w:rsid w:val="00981236"/>
    <w:rsid w:val="00AA0B63"/>
    <w:rsid w:val="00AA1D8D"/>
    <w:rsid w:val="00AC4BD3"/>
    <w:rsid w:val="00AD4783"/>
    <w:rsid w:val="00B47730"/>
    <w:rsid w:val="00CB0664"/>
    <w:rsid w:val="00FC693F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4A0CDF"/>
  <w14:defaultImageDpi w14:val="300"/>
  <w15:docId w15:val="{A3BCC014-ED64-4B2D-9BCC-14C3EF90A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Segreteria ufficio</cp:lastModifiedBy>
  <cp:revision>3</cp:revision>
  <cp:lastPrinted>2026-09-29T11:49:00Z</cp:lastPrinted>
  <dcterms:created xsi:type="dcterms:W3CDTF">2026-09-29T16:43:00Z</dcterms:created>
  <dcterms:modified xsi:type="dcterms:W3CDTF">2026-10-01T10:21:00Z</dcterms:modified>
  <cp:category/>
</cp:coreProperties>
</file>